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8FB0" w14:textId="77777777" w:rsidR="00260C0A" w:rsidRPr="000858B5" w:rsidRDefault="00000000">
      <w:pPr>
        <w:spacing w:before="80" w:after="0"/>
        <w:jc w:val="center"/>
        <w:rPr>
          <w:rFonts w:ascii="Palatino" w:hAnsi="Palatino"/>
          <w:lang w:val="it-IT"/>
        </w:rPr>
      </w:pPr>
      <w:r w:rsidRPr="000858B5">
        <w:rPr>
          <w:rFonts w:ascii="Palatino" w:hAnsi="Palatino"/>
          <w:b/>
          <w:color w:val="1F4E79"/>
          <w:sz w:val="28"/>
          <w:lang w:val="it-IT"/>
        </w:rPr>
        <w:t>ALLEGATO 3</w:t>
      </w:r>
    </w:p>
    <w:p w14:paraId="4DA02715" w14:textId="2B461201" w:rsidR="00260C0A" w:rsidRPr="000858B5" w:rsidRDefault="00000000">
      <w:pPr>
        <w:spacing w:after="0"/>
        <w:jc w:val="center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b/>
          <w:color w:val="1F4E79"/>
          <w:sz w:val="24"/>
          <w:szCs w:val="24"/>
          <w:lang w:val="it-IT"/>
        </w:rPr>
        <w:t>Format Relazione Saldo Final</w:t>
      </w:r>
      <w:r w:rsidR="007E2BE8">
        <w:rPr>
          <w:rFonts w:ascii="Palatino" w:hAnsi="Palatino"/>
          <w:b/>
          <w:color w:val="1F4E79"/>
          <w:sz w:val="24"/>
          <w:szCs w:val="24"/>
          <w:lang w:val="it-IT"/>
        </w:rPr>
        <w:t>e</w:t>
      </w:r>
    </w:p>
    <w:p w14:paraId="140829CC" w14:textId="77777777" w:rsidR="00260C0A" w:rsidRPr="000858B5" w:rsidRDefault="00000000">
      <w:pPr>
        <w:spacing w:after="40"/>
        <w:jc w:val="center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b/>
          <w:i/>
          <w:color w:val="006844"/>
          <w:sz w:val="24"/>
          <w:szCs w:val="24"/>
          <w:lang w:val="it-IT"/>
        </w:rPr>
        <w:t>SRE04 – Start up non agricole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ook w:val="04A0" w:firstRow="1" w:lastRow="0" w:firstColumn="1" w:lastColumn="0" w:noHBand="0" w:noVBand="1"/>
      </w:tblPr>
      <w:tblGrid>
        <w:gridCol w:w="10376"/>
      </w:tblGrid>
      <w:tr w:rsidR="00260C0A" w:rsidRPr="000858B5" w14:paraId="3EA6C414" w14:textId="77777777">
        <w:trPr>
          <w:jc w:val="center"/>
        </w:trPr>
        <w:tc>
          <w:tcPr>
            <w:tcW w:w="10376" w:type="dxa"/>
            <w:shd w:val="clear" w:color="auto" w:fill="F2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38306F" w14:textId="77777777" w:rsidR="00260C0A" w:rsidRPr="000858B5" w:rsidRDefault="00000000">
            <w:pPr>
              <w:spacing w:after="0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color w:val="404040"/>
                <w:sz w:val="24"/>
                <w:szCs w:val="24"/>
                <w:lang w:val="it-IT"/>
              </w:rPr>
              <w:t>Il presente format è predisposto per la rendicontazione finale del Piano Aziendale e per la verifica degli obiettivi, delle azioni e degli output conseguiti. Compilare ogni sezione in modo chiaro, allegando la documentazione probatoria pertinente.</w:t>
            </w:r>
          </w:p>
        </w:tc>
      </w:tr>
    </w:tbl>
    <w:p w14:paraId="1EBCFE1F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1FBDEC94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6DB058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1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30BF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DATI DEL RICHIEDENTE</w:t>
            </w:r>
          </w:p>
        </w:tc>
      </w:tr>
    </w:tbl>
    <w:p w14:paraId="54299CF1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381"/>
        <w:gridCol w:w="2721"/>
        <w:gridCol w:w="2381"/>
      </w:tblGrid>
      <w:tr w:rsidR="00260C0A" w:rsidRPr="000858B5" w14:paraId="53E703DA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76A5B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Nome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C020F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BE7CF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Cognome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CE42D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C5F8226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8BA28D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E7EBB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49B16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Comune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28916A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006092C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10C259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Stato di nascita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FCA24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EEB593D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Comune di residenza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CB36E7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1FF1337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9A9AD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Provincia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345E9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C966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C2A9F6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6E9D0B30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90FE7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CAP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7E309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1B9861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Telefono / Cellulare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B1949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140F4D98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C3171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Codice fiscale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C59A17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9584AA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2A207FE9" w14:textId="77777777" w:rsidR="00260C0A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593A7B64" w14:textId="77777777" w:rsidR="000858B5" w:rsidRPr="000858B5" w:rsidRDefault="000858B5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507F9F20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D7D042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2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5D39CF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DATI DELL’IMPRESA</w:t>
            </w:r>
          </w:p>
        </w:tc>
      </w:tr>
    </w:tbl>
    <w:p w14:paraId="4B08822A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381"/>
        <w:gridCol w:w="2721"/>
        <w:gridCol w:w="2381"/>
      </w:tblGrid>
      <w:tr w:rsidR="00260C0A" w:rsidRPr="000858B5" w14:paraId="39C49407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76628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Partita IVA / Codice fiscale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AF4DC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48B37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Forma giuridica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1A087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7F2E5CCF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6FAA9B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 sede legale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F0E2E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3CEB7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Indirizzo sede operativa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23101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CA61AE5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AB729A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Telefono / Cellulare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584C19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26C1FD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E-mail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0F57C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6EF0895F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B629B3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PEC aziendale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EA10A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8ED2C8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N. iscrizione CCIAA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3907E3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11D73695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CD2EFA9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lastRenderedPageBreak/>
              <w:t>Data inizio attività da CCIAA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340DA7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0A10A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Codice ATECO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2D8F16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007B4516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55A1B6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Attività esercitata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2983B4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AE804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5A1BB444" w14:textId="77777777">
        <w:trPr>
          <w:trHeight w:val="420"/>
          <w:jc w:val="center"/>
        </w:trPr>
        <w:tc>
          <w:tcPr>
            <w:tcW w:w="2721" w:type="dxa"/>
            <w:shd w:val="clear" w:color="auto" w:fill="EAF1F8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16200E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Composizione societaria, ove pertinente</w:t>
            </w:r>
          </w:p>
        </w:tc>
        <w:tc>
          <w:tcPr>
            <w:tcW w:w="2381" w:type="dxa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D8825E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5102" w:type="dxa"/>
            <w:gridSpan w:val="2"/>
            <w:shd w:val="clear" w:color="auto" w:fill="F7F9FC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0E27D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73DF83A2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2627496F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2D751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3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B2214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SITUAZIONE AZIENDALE A CONCLUSIONE DEL PIANO AZIENDALE</w:t>
            </w:r>
          </w:p>
        </w:tc>
      </w:tr>
    </w:tbl>
    <w:p w14:paraId="4C38FDF1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4172DF7E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Descrivere sinteticamente la situazione dell’impresa al termine del Piano di Sviluppo Aziendale, evidenziando attività avviate, investimenti realizzati, dotazioni acquisite, servizi/prodotti offerti e risultati/output effettivamente conseguiti.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0376"/>
      </w:tblGrid>
      <w:tr w:rsidR="00260C0A" w:rsidRPr="000858B5" w14:paraId="3BFF98B4" w14:textId="77777777">
        <w:trPr>
          <w:trHeight w:val="2948"/>
          <w:jc w:val="center"/>
        </w:trPr>
        <w:tc>
          <w:tcPr>
            <w:tcW w:w="1037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F4AF8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5791FB32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165E83C9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Allegare o indicare i documenti probatori necessari alla verifica dei risultati o degli output conseguiti. Non è richiesta la verifica della corrispondenza tra l’importo richiesto per il sostegno e l’importo indicato nelle fatture, ove non prevista dalle disposizioni applicabili.</w:t>
      </w: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63802DE6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F26899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3.1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3805C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DOCUMENTAZIONE PROBATORIA ALLEGATA / INDICATA</w:t>
            </w:r>
          </w:p>
        </w:tc>
      </w:tr>
    </w:tbl>
    <w:p w14:paraId="476DC0A6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260C0A" w:rsidRPr="000858B5" w14:paraId="693883CB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46FF4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Visura o certificato Camera di Commercio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7C0B3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Contratti, clienti, ordini o altri riscontri commerciali</w:t>
            </w:r>
          </w:p>
        </w:tc>
      </w:tr>
      <w:tr w:rsidR="00260C0A" w:rsidRPr="000858B5" w14:paraId="7BCD13DF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4EAD3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Relazione fotografica degli investimenti realizzati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15F9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Documentazione su azioni di promozione e marketing</w:t>
            </w:r>
          </w:p>
        </w:tc>
      </w:tr>
      <w:tr w:rsidR="00260C0A" w:rsidRPr="000858B5" w14:paraId="179D45DC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04122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lastRenderedPageBreak/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Certificato di regolare esecuzione, se previsto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F773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Licenze, autorizzazioni o comunicazioni amministrative, se pertinenti</w:t>
            </w:r>
          </w:p>
        </w:tc>
      </w:tr>
      <w:tr w:rsidR="00260C0A" w:rsidRPr="000858B5" w14:paraId="1577B6A0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DCA57" w14:textId="7777777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Documentazione tecnica su impianti, beni o attrezzature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80EAC" w14:textId="7C18EF07" w:rsidR="00260C0A" w:rsidRPr="000858B5" w:rsidRDefault="00000000">
            <w:pPr>
              <w:rPr>
                <w:rFonts w:ascii="Palatino" w:hAnsi="Palatino"/>
                <w:sz w:val="20"/>
                <w:szCs w:val="20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858B5">
              <w:rPr>
                <w:rFonts w:ascii="Palatino" w:hAnsi="Palatino"/>
                <w:sz w:val="20"/>
                <w:szCs w:val="20"/>
                <w:lang w:val="it-IT"/>
              </w:rPr>
              <w:t xml:space="preserve"> Altro: _________________________________</w:t>
            </w:r>
          </w:p>
        </w:tc>
      </w:tr>
    </w:tbl>
    <w:p w14:paraId="406DB1BF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Ulteriori note sugli interventi realizzati, sulle varianti approvate o sugli elementi utili alla verifica finale: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0376"/>
      </w:tblGrid>
      <w:tr w:rsidR="00260C0A" w:rsidRPr="000858B5" w14:paraId="43F49934" w14:textId="77777777">
        <w:trPr>
          <w:trHeight w:val="1531"/>
          <w:jc w:val="center"/>
        </w:trPr>
        <w:tc>
          <w:tcPr>
            <w:tcW w:w="10376" w:type="dx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B48D3DD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19A64A84" w14:textId="77777777" w:rsidR="00260C0A" w:rsidRPr="000858B5" w:rsidRDefault="00000000">
      <w:pPr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sz w:val="24"/>
          <w:szCs w:val="24"/>
          <w:lang w:val="it-IT"/>
        </w:rPr>
        <w:br w:type="page"/>
      </w:r>
    </w:p>
    <w:tbl>
      <w:tblPr>
        <w:tblW w:w="0" w:type="auto"/>
        <w:jc w:val="center"/>
        <w:tblBorders>
          <w:top w:val="single" w:sz="0" w:space="0" w:color="1F4E79"/>
          <w:left w:val="single" w:sz="0" w:space="0" w:color="1F4E79"/>
          <w:bottom w:val="single" w:sz="0" w:space="0" w:color="1F4E79"/>
          <w:right w:val="single" w:sz="0" w:space="0" w:color="1F4E79"/>
          <w:insideH w:val="single" w:sz="0" w:space="0" w:color="1F4E79"/>
          <w:insideV w:val="single" w:sz="0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260C0A" w:rsidRPr="000858B5" w14:paraId="6F6DA1AB" w14:textId="77777777">
        <w:trPr>
          <w:cantSplit/>
          <w:jc w:val="center"/>
        </w:trPr>
        <w:tc>
          <w:tcPr>
            <w:tcW w:w="56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56FA4" w14:textId="2D340BF0" w:rsidR="00260C0A" w:rsidRPr="000858B5" w:rsidRDefault="0060480C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lastRenderedPageBreak/>
              <w:t>4</w:t>
            </w:r>
          </w:p>
        </w:tc>
        <w:tc>
          <w:tcPr>
            <w:tcW w:w="9639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89734" w14:textId="77777777" w:rsidR="00260C0A" w:rsidRPr="000858B5" w:rsidRDefault="00000000">
            <w:pPr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DICHIARAZIONI FINALI E SOTTOSCRIZIONE</w:t>
            </w:r>
          </w:p>
        </w:tc>
      </w:tr>
    </w:tbl>
    <w:p w14:paraId="5BE02005" w14:textId="77777777" w:rsidR="00260C0A" w:rsidRPr="000858B5" w:rsidRDefault="00260C0A">
      <w:pPr>
        <w:spacing w:after="40"/>
        <w:rPr>
          <w:rFonts w:ascii="Palatino" w:hAnsi="Palatino"/>
          <w:sz w:val="24"/>
          <w:szCs w:val="24"/>
          <w:lang w:val="it-IT"/>
        </w:rPr>
      </w:pPr>
    </w:p>
    <w:p w14:paraId="4039463E" w14:textId="77777777" w:rsidR="00260C0A" w:rsidRPr="000858B5" w:rsidRDefault="00000000">
      <w:pPr>
        <w:spacing w:after="80"/>
        <w:ind w:left="57" w:right="57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i/>
          <w:color w:val="595959"/>
          <w:sz w:val="24"/>
          <w:szCs w:val="24"/>
          <w:lang w:val="it-IT"/>
        </w:rPr>
        <w:t>Indicare, ove necessario, l’elenco sintetico degli allegati prodotti a corredo della presente Relazione Finale.</w:t>
      </w: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4139"/>
      </w:tblGrid>
      <w:tr w:rsidR="00260C0A" w:rsidRPr="000858B5" w14:paraId="37CF2EB8" w14:textId="77777777">
        <w:trPr>
          <w:jc w:val="center"/>
        </w:trPr>
        <w:tc>
          <w:tcPr>
            <w:tcW w:w="567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89DF9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N.</w:t>
            </w:r>
          </w:p>
        </w:tc>
        <w:tc>
          <w:tcPr>
            <w:tcW w:w="5670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E1576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Descrizione allegato</w:t>
            </w:r>
          </w:p>
        </w:tc>
        <w:tc>
          <w:tcPr>
            <w:tcW w:w="4139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33E05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FFFFFF"/>
                <w:sz w:val="24"/>
                <w:szCs w:val="24"/>
                <w:lang w:val="it-IT"/>
              </w:rPr>
              <w:t>Estremi / note</w:t>
            </w:r>
          </w:p>
        </w:tc>
      </w:tr>
      <w:tr w:rsidR="00260C0A" w:rsidRPr="000858B5" w14:paraId="4372D806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007B6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1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7493CF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712A3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445BDA72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62BBB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2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87EB2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163BC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7341896D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81545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3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B4A0FB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07767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25E84CEF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200B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4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2A939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2DEC0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36E75223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C36DA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5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134B8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0436C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  <w:tr w:rsidR="00260C0A" w:rsidRPr="000858B5" w14:paraId="0DE4E894" w14:textId="77777777">
        <w:trPr>
          <w:cantSplit/>
          <w:jc w:val="center"/>
        </w:trPr>
        <w:tc>
          <w:tcPr>
            <w:tcW w:w="567" w:type="dxa"/>
            <w:shd w:val="clear" w:color="auto" w:fill="EAF1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6E2A1" w14:textId="77777777" w:rsidR="00260C0A" w:rsidRPr="000858B5" w:rsidRDefault="00000000">
            <w:pPr>
              <w:jc w:val="center"/>
              <w:rPr>
                <w:rFonts w:ascii="Palatino" w:hAnsi="Palatino"/>
                <w:sz w:val="24"/>
                <w:szCs w:val="24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24"/>
                <w:szCs w:val="24"/>
                <w:lang w:val="it-IT"/>
              </w:rPr>
              <w:t>6</w:t>
            </w:r>
          </w:p>
        </w:tc>
        <w:tc>
          <w:tcPr>
            <w:tcW w:w="5670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711321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  <w:tc>
          <w:tcPr>
            <w:tcW w:w="4139" w:type="dxa"/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7AE41" w14:textId="77777777" w:rsidR="00260C0A" w:rsidRPr="000858B5" w:rsidRDefault="00260C0A">
            <w:pPr>
              <w:rPr>
                <w:rFonts w:ascii="Palatino" w:hAnsi="Palatino"/>
                <w:sz w:val="24"/>
                <w:szCs w:val="24"/>
                <w:lang w:val="it-IT"/>
              </w:rPr>
            </w:pPr>
          </w:p>
        </w:tc>
      </w:tr>
    </w:tbl>
    <w:p w14:paraId="72EF84E9" w14:textId="77777777" w:rsidR="000858B5" w:rsidRDefault="000858B5">
      <w:pPr>
        <w:spacing w:after="80"/>
        <w:jc w:val="both"/>
        <w:rPr>
          <w:rFonts w:ascii="Palatino" w:hAnsi="Palatino"/>
          <w:sz w:val="24"/>
          <w:szCs w:val="24"/>
          <w:lang w:val="it-IT"/>
        </w:rPr>
      </w:pPr>
    </w:p>
    <w:p w14:paraId="21BB3E00" w14:textId="6E955BCC" w:rsidR="00260C0A" w:rsidRPr="000858B5" w:rsidRDefault="00000000">
      <w:pPr>
        <w:spacing w:after="80"/>
        <w:jc w:val="both"/>
        <w:rPr>
          <w:rFonts w:ascii="Palatino" w:hAnsi="Palatino"/>
          <w:sz w:val="24"/>
          <w:szCs w:val="24"/>
          <w:lang w:val="it-IT"/>
        </w:rPr>
      </w:pPr>
      <w:r w:rsidRPr="000858B5">
        <w:rPr>
          <w:rFonts w:ascii="Palatino" w:hAnsi="Palatino"/>
          <w:sz w:val="24"/>
          <w:szCs w:val="24"/>
          <w:lang w:val="it-IT"/>
        </w:rPr>
        <w:t>Il/La sottoscritto/a dichiara che le informazioni riportate nella presente Relazione Finale sono rese sotto la propria responsabilità e corrispondono allo stato di attuazione del Piano Aziendale alla data di sottoscrizione. Dichiara, altresì, che la documentazione allegata o indicata è pertinente ai risultati e agli output dichiarati.</w:t>
      </w:r>
    </w:p>
    <w:tbl>
      <w:tblPr>
        <w:tblW w:w="0" w:type="auto"/>
        <w:jc w:val="center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742"/>
        <w:gridCol w:w="1360"/>
        <w:gridCol w:w="3742"/>
      </w:tblGrid>
      <w:tr w:rsidR="00260C0A" w:rsidRPr="000858B5" w14:paraId="26B5107D" w14:textId="77777777">
        <w:trPr>
          <w:cantSplit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63D60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Luogo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AD4844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BA41FB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Data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1F587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  <w:tr w:rsidR="00260C0A" w:rsidRPr="000858B5" w14:paraId="13EC5DF8" w14:textId="77777777">
        <w:trPr>
          <w:cantSplit/>
          <w:trHeight w:val="907"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65A17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Firma del beneficiario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ACD32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EAA6A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Timbro dell’impresa, se disponibile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C87A4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  <w:tr w:rsidR="00260C0A" w:rsidRPr="000858B5" w14:paraId="2670A1F6" w14:textId="77777777">
        <w:trPr>
          <w:cantSplit/>
          <w:jc w:val="center"/>
        </w:trPr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DC031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Documento di identità allegato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3147B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0858B5">
              <w:rPr>
                <w:rFonts w:ascii="Palatino" w:hAnsi="Palatino"/>
                <w:sz w:val="18"/>
                <w:szCs w:val="18"/>
                <w:lang w:val="it-IT"/>
              </w:rPr>
              <w:t xml:space="preserve"> Sì   </w:t>
            </w:r>
            <w:r w:rsidRPr="000858B5">
              <w:rPr>
                <w:rFonts w:ascii="Segoe UI Symbol" w:hAnsi="Segoe UI Symbol" w:cs="Segoe UI Symbol"/>
                <w:sz w:val="18"/>
                <w:szCs w:val="18"/>
                <w:lang w:val="it-IT"/>
              </w:rPr>
              <w:t>☐</w:t>
            </w:r>
            <w:r w:rsidRPr="000858B5">
              <w:rPr>
                <w:rFonts w:ascii="Palatino" w:hAnsi="Palatino"/>
                <w:sz w:val="18"/>
                <w:szCs w:val="18"/>
                <w:lang w:val="it-IT"/>
              </w:rPr>
              <w:t xml:space="preserve"> No</w:t>
            </w:r>
          </w:p>
        </w:tc>
        <w:tc>
          <w:tcPr>
            <w:tcW w:w="1360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5961D" w14:textId="77777777" w:rsidR="00260C0A" w:rsidRPr="000858B5" w:rsidRDefault="00000000">
            <w:pPr>
              <w:rPr>
                <w:rFonts w:ascii="Palatino" w:hAnsi="Palatino"/>
                <w:sz w:val="18"/>
                <w:szCs w:val="18"/>
                <w:lang w:val="it-IT"/>
              </w:rPr>
            </w:pPr>
            <w:r w:rsidRPr="000858B5">
              <w:rPr>
                <w:rFonts w:ascii="Palatino" w:hAnsi="Palatino"/>
                <w:b/>
                <w:color w:val="1F4E79"/>
                <w:sz w:val="18"/>
                <w:szCs w:val="18"/>
                <w:lang w:val="it-IT"/>
              </w:rPr>
              <w:t>Allegati n.</w:t>
            </w:r>
          </w:p>
        </w:tc>
        <w:tc>
          <w:tcPr>
            <w:tcW w:w="3742" w:type="dxa"/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CB1E0" w14:textId="77777777" w:rsidR="00260C0A" w:rsidRPr="000858B5" w:rsidRDefault="00260C0A">
            <w:pPr>
              <w:rPr>
                <w:rFonts w:ascii="Palatino" w:hAnsi="Palatino"/>
                <w:sz w:val="18"/>
                <w:szCs w:val="18"/>
                <w:lang w:val="it-IT"/>
              </w:rPr>
            </w:pPr>
          </w:p>
        </w:tc>
      </w:tr>
    </w:tbl>
    <w:p w14:paraId="4A022E10" w14:textId="77777777" w:rsidR="00D5282C" w:rsidRPr="000858B5" w:rsidRDefault="00D5282C">
      <w:pPr>
        <w:rPr>
          <w:rFonts w:ascii="Palatino" w:hAnsi="Palatino"/>
          <w:sz w:val="24"/>
          <w:szCs w:val="24"/>
          <w:lang w:val="it-IT"/>
        </w:rPr>
      </w:pPr>
    </w:p>
    <w:sectPr w:rsidR="00D5282C" w:rsidRPr="000858B5" w:rsidSect="00034616">
      <w:headerReference w:type="default" r:id="rId8"/>
      <w:footerReference w:type="default" r:id="rId9"/>
      <w:pgSz w:w="11906" w:h="16838"/>
      <w:pgMar w:top="1332" w:right="765" w:bottom="992" w:left="765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004AF" w14:textId="77777777" w:rsidR="000F7253" w:rsidRDefault="000F7253">
      <w:pPr>
        <w:spacing w:after="0" w:line="240" w:lineRule="auto"/>
      </w:pPr>
      <w:r>
        <w:separator/>
      </w:r>
    </w:p>
  </w:endnote>
  <w:endnote w:type="continuationSeparator" w:id="0">
    <w:p w14:paraId="38393451" w14:textId="77777777" w:rsidR="000F7253" w:rsidRDefault="000F7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">
    <w:altName w:val="Segoe UI Historic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3BE09" w14:textId="77777777" w:rsidR="00260C0A" w:rsidRDefault="00260C0A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984"/>
      <w:gridCol w:w="6237"/>
      <w:gridCol w:w="2154"/>
    </w:tblGrid>
    <w:tr w:rsidR="00260C0A" w14:paraId="05FF36BC" w14:textId="77777777">
      <w:trPr>
        <w:jc w:val="center"/>
      </w:trPr>
      <w:tc>
        <w:tcPr>
          <w:tcW w:w="1984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2A6E3E21" w14:textId="77777777" w:rsidR="00260C0A" w:rsidRDefault="00000000">
          <w:r>
            <w:rPr>
              <w:noProof/>
            </w:rPr>
            <w:drawing>
              <wp:inline distT="0" distB="0" distL="0" distR="0" wp14:anchorId="3C98737D" wp14:editId="3F935B33">
                <wp:extent cx="972000" cy="388582"/>
                <wp:effectExtent l="0" t="0" r="0" b="0"/>
                <wp:docPr id="91585618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3885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6252502D" w14:textId="77777777" w:rsidR="00260C0A" w:rsidRPr="000858B5" w:rsidRDefault="00000000">
          <w:pPr>
            <w:jc w:val="center"/>
            <w:rPr>
              <w:lang w:val="it-IT"/>
            </w:rPr>
          </w:pPr>
          <w:r w:rsidRPr="000858B5">
            <w:rPr>
              <w:color w:val="404040"/>
              <w:sz w:val="14"/>
              <w:lang w:val="it-IT"/>
            </w:rPr>
            <w:t>Via dei Longobardi snc – c/o Sala Consiliare</w:t>
          </w:r>
          <w:r w:rsidRPr="000858B5">
            <w:rPr>
              <w:lang w:val="it-IT"/>
            </w:rPr>
            <w:br/>
          </w:r>
          <w:r w:rsidRPr="000858B5">
            <w:rPr>
              <w:color w:val="404040"/>
              <w:sz w:val="14"/>
              <w:lang w:val="it-IT"/>
            </w:rPr>
            <w:t>87020 Santa Maria del Cedro (CS)</w:t>
          </w:r>
          <w:r w:rsidRPr="000858B5">
            <w:rPr>
              <w:lang w:val="it-IT"/>
            </w:rPr>
            <w:br/>
          </w:r>
          <w:r w:rsidRPr="000858B5">
            <w:rPr>
              <w:color w:val="404040"/>
              <w:sz w:val="14"/>
              <w:lang w:val="it-IT"/>
            </w:rPr>
            <w:t>info@galcedri.it – galcedri@pec.it</w:t>
          </w:r>
          <w:r w:rsidRPr="000858B5">
            <w:rPr>
              <w:lang w:val="it-IT"/>
            </w:rPr>
            <w:br/>
          </w:r>
        </w:p>
      </w:tc>
      <w:tc>
        <w:tcPr>
          <w:tcW w:w="2154" w:type="dxa"/>
          <w:tcBorders>
            <w:top w:val="single" w:sz="14" w:space="0" w:color="1F4E79"/>
            <w:left w:val="nil"/>
            <w:bottom w:val="nil"/>
            <w:right w:val="nil"/>
          </w:tcBorders>
          <w:tcMar>
            <w:top w:w="60" w:type="dxa"/>
            <w:left w:w="70" w:type="dxa"/>
            <w:bottom w:w="30" w:type="dxa"/>
            <w:right w:w="70" w:type="dxa"/>
          </w:tcMar>
          <w:vAlign w:val="center"/>
        </w:tcPr>
        <w:p w14:paraId="0ADAC689" w14:textId="77777777" w:rsidR="00260C0A" w:rsidRDefault="00000000">
          <w:pPr>
            <w:jc w:val="right"/>
          </w:pPr>
          <w:r>
            <w:rPr>
              <w:sz w:val="14"/>
            </w:rPr>
            <w:t xml:space="preserve">Pag.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858B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CC13" w14:textId="77777777" w:rsidR="000F7253" w:rsidRDefault="000F7253">
      <w:pPr>
        <w:spacing w:after="0" w:line="240" w:lineRule="auto"/>
      </w:pPr>
      <w:r>
        <w:separator/>
      </w:r>
    </w:p>
  </w:footnote>
  <w:footnote w:type="continuationSeparator" w:id="0">
    <w:p w14:paraId="655E6B4C" w14:textId="77777777" w:rsidR="000F7253" w:rsidRDefault="000F7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C3FA" w14:textId="77777777" w:rsidR="00260C0A" w:rsidRDefault="00000000">
    <w:pPr>
      <w:pStyle w:val="Intestazione"/>
      <w:jc w:val="center"/>
    </w:pPr>
    <w:r>
      <w:rPr>
        <w:noProof/>
      </w:rPr>
      <w:drawing>
        <wp:inline distT="0" distB="0" distL="0" distR="0" wp14:anchorId="10F7A655" wp14:editId="07B4C28E">
          <wp:extent cx="6372000" cy="7254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0" cy="72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112067">
    <w:abstractNumId w:val="8"/>
  </w:num>
  <w:num w:numId="2" w16cid:durableId="1956671722">
    <w:abstractNumId w:val="6"/>
  </w:num>
  <w:num w:numId="3" w16cid:durableId="247154082">
    <w:abstractNumId w:val="5"/>
  </w:num>
  <w:num w:numId="4" w16cid:durableId="892543936">
    <w:abstractNumId w:val="4"/>
  </w:num>
  <w:num w:numId="5" w16cid:durableId="1017463515">
    <w:abstractNumId w:val="7"/>
  </w:num>
  <w:num w:numId="6" w16cid:durableId="934632620">
    <w:abstractNumId w:val="3"/>
  </w:num>
  <w:num w:numId="7" w16cid:durableId="1789394946">
    <w:abstractNumId w:val="2"/>
  </w:num>
  <w:num w:numId="8" w16cid:durableId="1684697105">
    <w:abstractNumId w:val="1"/>
  </w:num>
  <w:num w:numId="9" w16cid:durableId="121303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788"/>
    <w:rsid w:val="00034616"/>
    <w:rsid w:val="0006063C"/>
    <w:rsid w:val="000858B5"/>
    <w:rsid w:val="000F7253"/>
    <w:rsid w:val="0015074B"/>
    <w:rsid w:val="00260C0A"/>
    <w:rsid w:val="0029639D"/>
    <w:rsid w:val="00326F90"/>
    <w:rsid w:val="003F6152"/>
    <w:rsid w:val="0060480C"/>
    <w:rsid w:val="007E2BE8"/>
    <w:rsid w:val="008B14F8"/>
    <w:rsid w:val="00931656"/>
    <w:rsid w:val="009A7E6B"/>
    <w:rsid w:val="00AA1D8D"/>
    <w:rsid w:val="00AF61DC"/>
    <w:rsid w:val="00B47730"/>
    <w:rsid w:val="00CB0664"/>
    <w:rsid w:val="00D5282C"/>
    <w:rsid w:val="00FC693F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970A8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60480C"/>
    <w:pPr>
      <w:spacing w:after="0" w:line="240" w:lineRule="auto"/>
    </w:pPr>
    <w:rPr>
      <w:rFonts w:ascii="Calibri" w:hAnsi="Calibri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giga</cp:lastModifiedBy>
  <cp:revision>6</cp:revision>
  <dcterms:created xsi:type="dcterms:W3CDTF">2013-12-23T23:15:00Z</dcterms:created>
  <dcterms:modified xsi:type="dcterms:W3CDTF">2026-10-08T15:34:00Z</dcterms:modified>
  <cp:category/>
</cp:coreProperties>
</file>