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B1177" w14:textId="77777777" w:rsidR="000C01AE" w:rsidRPr="00E8516E" w:rsidRDefault="00B8246E">
      <w:pPr>
        <w:pStyle w:val="DocTitle"/>
        <w:spacing w:before="160" w:after="40"/>
        <w:jc w:val="center"/>
        <w:rPr>
          <w:lang w:val="it-IT"/>
        </w:rPr>
      </w:pPr>
      <w:r w:rsidRPr="00E8516E">
        <w:rPr>
          <w:lang w:val="it-IT"/>
        </w:rPr>
        <w:t>ALLEGATO 2</w:t>
      </w:r>
    </w:p>
    <w:p w14:paraId="28B9BA0E" w14:textId="77777777" w:rsidR="000C01AE" w:rsidRPr="00E8516E" w:rsidRDefault="00B8246E">
      <w:pPr>
        <w:pStyle w:val="Sottotitolo1"/>
        <w:spacing w:after="160"/>
        <w:jc w:val="center"/>
        <w:rPr>
          <w:lang w:val="it-IT"/>
        </w:rPr>
      </w:pPr>
      <w:r w:rsidRPr="00E8516E">
        <w:rPr>
          <w:sz w:val="24"/>
          <w:lang w:val="it-IT"/>
        </w:rPr>
        <w:t>PIANO DI SVILUPPO AZIENDALE</w:t>
      </w:r>
    </w:p>
    <w:p w14:paraId="782381EA" w14:textId="3F3CCE07" w:rsidR="000C01AE" w:rsidRPr="00E8516E" w:rsidRDefault="00B8246E">
      <w:pPr>
        <w:jc w:val="center"/>
      </w:pPr>
      <w:r w:rsidRPr="00E8516E">
        <w:rPr>
          <w:b/>
          <w:i/>
          <w:color w:val="5A5A5A"/>
          <w:sz w:val="21"/>
        </w:rPr>
        <w:t>SRE04 – START UP NON AGRICOLE</w:t>
      </w:r>
    </w:p>
    <w:p w14:paraId="053BF2F9" w14:textId="77777777" w:rsidR="000C01AE" w:rsidRPr="00E8516E" w:rsidRDefault="00B8246E">
      <w:pPr>
        <w:pStyle w:val="SectionHeading"/>
        <w:keepNext/>
        <w:pBdr>
          <w:bottom w:val="single" w:sz="6" w:space="1" w:color="2F75B5"/>
        </w:pBdr>
        <w:spacing w:before="140" w:after="80"/>
        <w:rPr>
          <w:lang w:val="it-IT"/>
        </w:rPr>
      </w:pPr>
      <w:r w:rsidRPr="00E8516E">
        <w:rPr>
          <w:lang w:val="it-IT"/>
        </w:rPr>
        <w:t>1. INFORMAZIONI GENERALI</w:t>
      </w:r>
    </w:p>
    <w:tbl>
      <w:tblPr>
        <w:tblStyle w:val="Grigliatabel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716"/>
        <w:gridCol w:w="6652"/>
      </w:tblGrid>
      <w:tr w:rsidR="000C01AE" w:rsidRPr="00E8516E" w14:paraId="57CC965E" w14:textId="77777777">
        <w:trPr>
          <w:trHeight w:val="453"/>
          <w:jc w:val="center"/>
        </w:trPr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7E4E730" w14:textId="77777777" w:rsidR="000C01AE" w:rsidRPr="00E8516E" w:rsidRDefault="00B8246E" w:rsidP="00E8516E">
            <w:pPr>
              <w:jc w:val="both"/>
            </w:pPr>
            <w:r w:rsidRPr="00E8516E">
              <w:rPr>
                <w:b/>
                <w:color w:val="373737"/>
                <w:sz w:val="17"/>
              </w:rPr>
              <w:t>Nome e cognome del richiedente / Legale rappresentante firmatario della domanda di aiuto</w:t>
            </w:r>
          </w:p>
        </w:tc>
        <w:tc>
          <w:tcPr>
            <w:tcW w:w="62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3860722" w14:textId="77777777" w:rsidR="000C01AE" w:rsidRPr="00E8516E" w:rsidRDefault="00B8246E">
            <w:r w:rsidRPr="00E8516E">
              <w:rPr>
                <w:sz w:val="19"/>
              </w:rPr>
              <w:t xml:space="preserve"> </w:t>
            </w:r>
          </w:p>
        </w:tc>
      </w:tr>
      <w:tr w:rsidR="000C01AE" w:rsidRPr="00E8516E" w14:paraId="1E8639B0" w14:textId="77777777">
        <w:trPr>
          <w:trHeight w:val="453"/>
          <w:jc w:val="center"/>
        </w:trPr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EB16705" w14:textId="77777777" w:rsidR="000C01AE" w:rsidRPr="00E8516E" w:rsidRDefault="00B8246E" w:rsidP="00E8516E">
            <w:pPr>
              <w:jc w:val="both"/>
            </w:pPr>
            <w:r w:rsidRPr="00E8516E">
              <w:rPr>
                <w:b/>
                <w:color w:val="373737"/>
                <w:sz w:val="17"/>
              </w:rPr>
              <w:t>Titolo del progetto / iniziativa</w:t>
            </w:r>
          </w:p>
        </w:tc>
        <w:tc>
          <w:tcPr>
            <w:tcW w:w="62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6CA009C" w14:textId="77777777" w:rsidR="000C01AE" w:rsidRPr="00E8516E" w:rsidRDefault="00B8246E">
            <w:r w:rsidRPr="00E8516E">
              <w:rPr>
                <w:sz w:val="19"/>
              </w:rPr>
              <w:t xml:space="preserve"> </w:t>
            </w:r>
          </w:p>
        </w:tc>
      </w:tr>
      <w:tr w:rsidR="000C01AE" w:rsidRPr="00E8516E" w14:paraId="063445EF" w14:textId="77777777">
        <w:trPr>
          <w:trHeight w:val="453"/>
          <w:jc w:val="center"/>
        </w:trPr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5FE6B0" w14:textId="7C9DF731" w:rsidR="000C01AE" w:rsidRPr="00E8516E" w:rsidRDefault="00B8246E" w:rsidP="00E8516E">
            <w:pPr>
              <w:jc w:val="both"/>
            </w:pPr>
            <w:r w:rsidRPr="00E8516E">
              <w:rPr>
                <w:b/>
                <w:color w:val="373737"/>
                <w:sz w:val="17"/>
              </w:rPr>
              <w:t xml:space="preserve">Codice ATECO </w:t>
            </w:r>
            <w:r w:rsidR="004A6C21">
              <w:rPr>
                <w:b/>
                <w:color w:val="373737"/>
                <w:sz w:val="17"/>
              </w:rPr>
              <w:t>prevalente</w:t>
            </w:r>
            <w:r w:rsidRPr="00E8516E">
              <w:rPr>
                <w:b/>
                <w:color w:val="373737"/>
                <w:sz w:val="17"/>
              </w:rPr>
              <w:t xml:space="preserve"> per il quale è candidata la domanda di aiuto</w:t>
            </w:r>
            <w:r w:rsidR="00E8516E">
              <w:rPr>
                <w:rStyle w:val="Rimandonotaapidipagina"/>
                <w:b/>
                <w:color w:val="373737"/>
                <w:sz w:val="17"/>
              </w:rPr>
              <w:footnoteReference w:id="1"/>
            </w:r>
          </w:p>
        </w:tc>
        <w:tc>
          <w:tcPr>
            <w:tcW w:w="62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021A7EE" w14:textId="77777777" w:rsidR="000C01AE" w:rsidRPr="00E8516E" w:rsidRDefault="00B8246E">
            <w:r w:rsidRPr="00E8516E">
              <w:rPr>
                <w:sz w:val="19"/>
              </w:rPr>
              <w:t xml:space="preserve"> </w:t>
            </w:r>
          </w:p>
        </w:tc>
      </w:tr>
      <w:tr w:rsidR="000C01AE" w:rsidRPr="00E8516E" w14:paraId="36A3ED57" w14:textId="77777777">
        <w:trPr>
          <w:trHeight w:val="453"/>
          <w:jc w:val="center"/>
        </w:trPr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6B8797" w14:textId="77777777" w:rsidR="000C01AE" w:rsidRPr="00E8516E" w:rsidRDefault="00B8246E" w:rsidP="00E8516E">
            <w:pPr>
              <w:jc w:val="both"/>
            </w:pPr>
            <w:r w:rsidRPr="00E8516E">
              <w:rPr>
                <w:b/>
                <w:color w:val="373737"/>
                <w:sz w:val="17"/>
              </w:rPr>
              <w:t>Localizzazione dell’attività d’impresa</w:t>
            </w:r>
          </w:p>
        </w:tc>
        <w:tc>
          <w:tcPr>
            <w:tcW w:w="62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3D7450" w14:textId="0923702F" w:rsidR="000C01AE" w:rsidRPr="00E8516E" w:rsidRDefault="00B8246E">
            <w:r w:rsidRPr="00E8516E">
              <w:rPr>
                <w:color w:val="464646"/>
                <w:sz w:val="19"/>
              </w:rPr>
              <w:t>Via ________________________________</w:t>
            </w:r>
            <w:r w:rsidR="00E8516E">
              <w:rPr>
                <w:color w:val="464646"/>
                <w:sz w:val="19"/>
              </w:rPr>
              <w:t xml:space="preserve"> </w:t>
            </w:r>
            <w:r w:rsidRPr="00E8516E">
              <w:rPr>
                <w:color w:val="464646"/>
                <w:sz w:val="19"/>
              </w:rPr>
              <w:t>Civico ____________</w:t>
            </w:r>
            <w:r w:rsidRPr="00E8516E">
              <w:rPr>
                <w:color w:val="464646"/>
                <w:sz w:val="19"/>
              </w:rPr>
              <w:br/>
              <w:t>Comune ______________________________________________</w:t>
            </w:r>
          </w:p>
        </w:tc>
      </w:tr>
      <w:tr w:rsidR="000C01AE" w:rsidRPr="00E8516E" w14:paraId="4ED5E569" w14:textId="77777777">
        <w:trPr>
          <w:trHeight w:val="453"/>
          <w:jc w:val="center"/>
        </w:trPr>
        <w:tc>
          <w:tcPr>
            <w:tcW w:w="35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9D4F8FF" w14:textId="4FE2FD0F" w:rsidR="000C01AE" w:rsidRPr="00E8516E" w:rsidRDefault="00B8246E" w:rsidP="00E8516E">
            <w:pPr>
              <w:jc w:val="both"/>
            </w:pPr>
            <w:r w:rsidRPr="00E8516E">
              <w:rPr>
                <w:b/>
                <w:color w:val="373737"/>
                <w:sz w:val="17"/>
              </w:rPr>
              <w:t xml:space="preserve">Particelle edificiali </w:t>
            </w:r>
            <w:r w:rsidR="00E8516E">
              <w:rPr>
                <w:b/>
                <w:color w:val="373737"/>
                <w:sz w:val="17"/>
              </w:rPr>
              <w:t xml:space="preserve">(p.ed.) </w:t>
            </w:r>
            <w:r w:rsidRPr="00E8516E">
              <w:rPr>
                <w:b/>
                <w:color w:val="373737"/>
                <w:sz w:val="17"/>
              </w:rPr>
              <w:t xml:space="preserve">e/o fondiarie </w:t>
            </w:r>
            <w:r w:rsidR="00E8516E">
              <w:rPr>
                <w:b/>
                <w:color w:val="373737"/>
                <w:sz w:val="17"/>
              </w:rPr>
              <w:t xml:space="preserve">(pp.ff.) </w:t>
            </w:r>
            <w:r w:rsidRPr="00E8516E">
              <w:rPr>
                <w:b/>
                <w:color w:val="373737"/>
                <w:sz w:val="17"/>
              </w:rPr>
              <w:t>in cui ricade l’attività d’impresa</w:t>
            </w:r>
          </w:p>
        </w:tc>
        <w:tc>
          <w:tcPr>
            <w:tcW w:w="629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A61390A" w14:textId="725B1FDB" w:rsidR="000C01AE" w:rsidRPr="00E8516E" w:rsidRDefault="00B8246E">
            <w:r w:rsidRPr="00E8516E">
              <w:rPr>
                <w:color w:val="464646"/>
                <w:sz w:val="19"/>
              </w:rPr>
              <w:t>p.ed. ____________________________</w:t>
            </w:r>
            <w:r w:rsidR="00E8516E">
              <w:rPr>
                <w:color w:val="464646"/>
                <w:sz w:val="19"/>
              </w:rPr>
              <w:t xml:space="preserve"> </w:t>
            </w:r>
            <w:r w:rsidRPr="00E8516E">
              <w:rPr>
                <w:color w:val="464646"/>
                <w:sz w:val="19"/>
              </w:rPr>
              <w:t>Comune catastale ____________________________</w:t>
            </w:r>
            <w:r w:rsidRPr="00E8516E">
              <w:rPr>
                <w:color w:val="464646"/>
                <w:sz w:val="19"/>
              </w:rPr>
              <w:br/>
              <w:t>pp.ff. ____________________________</w:t>
            </w:r>
            <w:r w:rsidR="00E8516E">
              <w:rPr>
                <w:color w:val="464646"/>
                <w:sz w:val="19"/>
              </w:rPr>
              <w:t xml:space="preserve"> </w:t>
            </w:r>
            <w:r w:rsidRPr="00E8516E">
              <w:rPr>
                <w:color w:val="464646"/>
                <w:sz w:val="19"/>
              </w:rPr>
              <w:t>Comune catastale ____________________________</w:t>
            </w:r>
          </w:p>
        </w:tc>
      </w:tr>
    </w:tbl>
    <w:p w14:paraId="01A88F94" w14:textId="77777777" w:rsidR="004A6C21" w:rsidRDefault="004A6C21">
      <w:pPr>
        <w:pStyle w:val="SectionHeading"/>
        <w:keepNext/>
        <w:pBdr>
          <w:bottom w:val="single" w:sz="6" w:space="1" w:color="2F75B5"/>
        </w:pBdr>
        <w:spacing w:before="140" w:after="80"/>
        <w:rPr>
          <w:lang w:val="it-IT"/>
        </w:rPr>
      </w:pPr>
    </w:p>
    <w:p w14:paraId="568961D7" w14:textId="011E4779" w:rsidR="000C01AE" w:rsidRPr="00E8516E" w:rsidRDefault="00B8246E">
      <w:pPr>
        <w:pStyle w:val="SectionHeading"/>
        <w:keepNext/>
        <w:pBdr>
          <w:bottom w:val="single" w:sz="6" w:space="1" w:color="2F75B5"/>
        </w:pBdr>
        <w:spacing w:before="140" w:after="80"/>
        <w:rPr>
          <w:lang w:val="it-IT"/>
        </w:rPr>
      </w:pPr>
      <w:r w:rsidRPr="00E8516E">
        <w:rPr>
          <w:lang w:val="it-IT"/>
        </w:rPr>
        <w:t>1.1. CONTATTI DEL REFERENTE PER LA DOMANDA DI AIUTO</w:t>
      </w:r>
    </w:p>
    <w:p w14:paraId="6F7B5037" w14:textId="77777777" w:rsidR="000C01AE" w:rsidRPr="00E8516E" w:rsidRDefault="00B8246E">
      <w:pPr>
        <w:spacing w:after="60" w:line="240" w:lineRule="auto"/>
      </w:pPr>
      <w:r w:rsidRPr="00E8516E">
        <w:rPr>
          <w:i/>
        </w:rPr>
        <w:t>Da compilare solo nel caso in cui il referente non corrisponda al Legale Rappresentante.</w:t>
      </w:r>
    </w:p>
    <w:tbl>
      <w:tblPr>
        <w:tblStyle w:val="Grigliatabel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76"/>
        <w:gridCol w:w="7492"/>
      </w:tblGrid>
      <w:tr w:rsidR="000C01AE" w:rsidRPr="00E8516E" w14:paraId="7ACD09A4" w14:textId="77777777">
        <w:trPr>
          <w:trHeight w:val="340"/>
          <w:jc w:val="center"/>
        </w:trPr>
        <w:tc>
          <w:tcPr>
            <w:tcW w:w="27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8C14963" w14:textId="77777777" w:rsidR="000C01AE" w:rsidRPr="00E8516E" w:rsidRDefault="00B8246E">
            <w:r w:rsidRPr="00E8516E">
              <w:rPr>
                <w:b/>
                <w:color w:val="373737"/>
                <w:sz w:val="17"/>
              </w:rPr>
              <w:t>Nome e cognome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A293B19" w14:textId="77777777" w:rsidR="000C01AE" w:rsidRPr="00E8516E" w:rsidRDefault="00B8246E">
            <w:r w:rsidRPr="00E8516E">
              <w:rPr>
                <w:sz w:val="19"/>
              </w:rPr>
              <w:t xml:space="preserve"> </w:t>
            </w:r>
          </w:p>
        </w:tc>
      </w:tr>
      <w:tr w:rsidR="000C01AE" w:rsidRPr="00E8516E" w14:paraId="4DC0D7BE" w14:textId="77777777">
        <w:trPr>
          <w:trHeight w:val="340"/>
          <w:jc w:val="center"/>
        </w:trPr>
        <w:tc>
          <w:tcPr>
            <w:tcW w:w="27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F7D76F" w14:textId="77777777" w:rsidR="000C01AE" w:rsidRPr="00E8516E" w:rsidRDefault="00B8246E">
            <w:r w:rsidRPr="00E8516E">
              <w:rPr>
                <w:b/>
                <w:color w:val="373737"/>
                <w:sz w:val="17"/>
              </w:rPr>
              <w:t>E-mail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1084BC" w14:textId="77777777" w:rsidR="000C01AE" w:rsidRPr="00E8516E" w:rsidRDefault="00B8246E">
            <w:r w:rsidRPr="00E8516E">
              <w:rPr>
                <w:sz w:val="19"/>
              </w:rPr>
              <w:t xml:space="preserve"> </w:t>
            </w:r>
          </w:p>
        </w:tc>
      </w:tr>
      <w:tr w:rsidR="000C01AE" w:rsidRPr="00E8516E" w14:paraId="0362A95E" w14:textId="77777777">
        <w:trPr>
          <w:trHeight w:val="340"/>
          <w:jc w:val="center"/>
        </w:trPr>
        <w:tc>
          <w:tcPr>
            <w:tcW w:w="272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217DBE" w14:textId="77777777" w:rsidR="000C01AE" w:rsidRPr="00E8516E" w:rsidRDefault="00B8246E">
            <w:r w:rsidRPr="00E8516E">
              <w:rPr>
                <w:b/>
                <w:color w:val="373737"/>
                <w:sz w:val="17"/>
              </w:rPr>
              <w:t>Contatto telefonico</w:t>
            </w:r>
          </w:p>
        </w:tc>
        <w:tc>
          <w:tcPr>
            <w:tcW w:w="708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1E1ED8A" w14:textId="77777777" w:rsidR="000C01AE" w:rsidRPr="00E8516E" w:rsidRDefault="00B8246E">
            <w:r w:rsidRPr="00E8516E">
              <w:rPr>
                <w:sz w:val="19"/>
              </w:rPr>
              <w:t xml:space="preserve"> </w:t>
            </w:r>
          </w:p>
        </w:tc>
      </w:tr>
    </w:tbl>
    <w:p w14:paraId="3809E448" w14:textId="77777777" w:rsidR="004A6C21" w:rsidRDefault="004A6C21" w:rsidP="004A6C21">
      <w:pPr>
        <w:pStyle w:val="SectionHeading"/>
        <w:keepNext/>
        <w:pBdr>
          <w:bottom w:val="single" w:sz="6" w:space="1" w:color="2F75B5"/>
        </w:pBdr>
        <w:spacing w:before="140" w:after="80"/>
        <w:rPr>
          <w:lang w:val="it-IT"/>
        </w:rPr>
      </w:pPr>
    </w:p>
    <w:p w14:paraId="6E878242" w14:textId="7F21E8C7" w:rsidR="004A6C21" w:rsidRPr="00A5700B" w:rsidRDefault="004A6C21" w:rsidP="004A6C21">
      <w:pPr>
        <w:pStyle w:val="SectionHeading"/>
        <w:keepNext/>
        <w:pBdr>
          <w:bottom w:val="single" w:sz="6" w:space="1" w:color="2F75B5"/>
        </w:pBdr>
        <w:spacing w:before="140" w:after="80"/>
        <w:rPr>
          <w:lang w:val="it-IT"/>
        </w:rPr>
      </w:pPr>
      <w:r>
        <w:rPr>
          <w:lang w:val="it-IT"/>
        </w:rPr>
        <w:t>1.</w:t>
      </w:r>
      <w:r w:rsidRPr="00A5700B">
        <w:rPr>
          <w:lang w:val="it-IT"/>
        </w:rPr>
        <w:t xml:space="preserve">2. </w:t>
      </w:r>
      <w:r>
        <w:rPr>
          <w:lang w:val="it-IT"/>
        </w:rPr>
        <w:t>FORMA DELL’IMPRESA FUTURA</w:t>
      </w:r>
    </w:p>
    <w:p w14:paraId="5F9D1197" w14:textId="77777777" w:rsidR="004A6C21" w:rsidRDefault="004A6C21" w:rsidP="004A6C21">
      <w:pPr>
        <w:spacing w:after="60"/>
        <w:rPr>
          <w:color w:val="1F4E79"/>
          <w:sz w:val="21"/>
        </w:rPr>
      </w:pPr>
    </w:p>
    <w:p w14:paraId="27B8B230" w14:textId="77777777" w:rsidR="004A6C21" w:rsidRDefault="004A6C21" w:rsidP="004A6C21">
      <w:pPr>
        <w:spacing w:after="60"/>
        <w:rPr>
          <w:bCs/>
          <w:i/>
          <w:iCs/>
        </w:rPr>
      </w:pPr>
      <w:r w:rsidRPr="00A5700B">
        <w:rPr>
          <w:color w:val="1F4E79"/>
          <w:sz w:val="21"/>
        </w:rPr>
        <w:t>☐</w:t>
      </w:r>
      <w:r>
        <w:rPr>
          <w:color w:val="1F4E79"/>
          <w:sz w:val="21"/>
        </w:rPr>
        <w:t xml:space="preserve"> </w:t>
      </w:r>
      <w:r>
        <w:rPr>
          <w:b/>
        </w:rPr>
        <w:t>Ditta Individuale</w:t>
      </w:r>
      <w:r w:rsidRPr="00A5700B">
        <w:rPr>
          <w:b/>
        </w:rPr>
        <w:t xml:space="preserve"> </w:t>
      </w:r>
      <w:r w:rsidRPr="00A5700B">
        <w:rPr>
          <w:bCs/>
          <w:i/>
          <w:iCs/>
        </w:rPr>
        <w:t>(oppure)</w:t>
      </w:r>
    </w:p>
    <w:p w14:paraId="7398973A" w14:textId="77777777" w:rsidR="004A6C21" w:rsidRPr="00A5700B" w:rsidRDefault="004A6C21" w:rsidP="004A6C21">
      <w:pPr>
        <w:spacing w:after="60"/>
      </w:pPr>
    </w:p>
    <w:p w14:paraId="3FEE8A53" w14:textId="77777777" w:rsidR="004A6C21" w:rsidRPr="00A5700B" w:rsidRDefault="004A6C21" w:rsidP="004A6C21">
      <w:pPr>
        <w:spacing w:after="60"/>
      </w:pPr>
      <w:r w:rsidRPr="00A5700B">
        <w:rPr>
          <w:color w:val="1F4E79"/>
          <w:sz w:val="21"/>
        </w:rPr>
        <w:t>☐</w:t>
      </w:r>
      <w:r>
        <w:rPr>
          <w:color w:val="1F4E79"/>
          <w:sz w:val="21"/>
        </w:rPr>
        <w:t xml:space="preserve"> </w:t>
      </w:r>
      <w:r>
        <w:rPr>
          <w:b/>
        </w:rPr>
        <w:t>Società</w:t>
      </w:r>
      <w:r w:rsidRPr="00A5700B">
        <w:rPr>
          <w:b/>
        </w:rPr>
        <w:t xml:space="preserve"> </w:t>
      </w:r>
    </w:p>
    <w:tbl>
      <w:tblPr>
        <w:tblStyle w:val="Grigliatabel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97"/>
        <w:gridCol w:w="2557"/>
        <w:gridCol w:w="810"/>
        <w:gridCol w:w="4304"/>
      </w:tblGrid>
      <w:tr w:rsidR="004A6C21" w:rsidRPr="00A5700B" w14:paraId="71A4ED95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D3D6E8A" w14:textId="77777777" w:rsidR="004A6C21" w:rsidRPr="00A5700B" w:rsidRDefault="004A6C21" w:rsidP="00CE0629">
            <w:r w:rsidRPr="00A5700B">
              <w:rPr>
                <w:b/>
                <w:color w:val="373737"/>
                <w:sz w:val="17"/>
              </w:rPr>
              <w:t>Denominazione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8C67C8C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1B09A3BC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F3B6E87" w14:textId="77777777" w:rsidR="004A6C21" w:rsidRPr="00A5700B" w:rsidRDefault="004A6C21" w:rsidP="00CE0629">
            <w:r w:rsidRPr="00A5700B">
              <w:rPr>
                <w:b/>
                <w:color w:val="373737"/>
                <w:sz w:val="17"/>
              </w:rPr>
              <w:t>Sede</w:t>
            </w:r>
            <w:r>
              <w:rPr>
                <w:b/>
                <w:color w:val="373737"/>
                <w:sz w:val="17"/>
              </w:rPr>
              <w:t xml:space="preserve"> Legale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60C258F" w14:textId="77777777" w:rsidR="004A6C21" w:rsidRPr="00A5700B" w:rsidRDefault="004A6C21" w:rsidP="00CE0629">
            <w:r w:rsidRPr="00A5700B">
              <w:rPr>
                <w:color w:val="464646"/>
                <w:sz w:val="19"/>
              </w:rPr>
              <w:t>Comune ____________________________</w:t>
            </w:r>
            <w:r>
              <w:rPr>
                <w:color w:val="464646"/>
                <w:sz w:val="19"/>
              </w:rPr>
              <w:t xml:space="preserve"> </w:t>
            </w:r>
            <w:r w:rsidRPr="00A5700B">
              <w:rPr>
                <w:color w:val="464646"/>
                <w:sz w:val="19"/>
              </w:rPr>
              <w:t>Prov. ______</w:t>
            </w:r>
            <w:r>
              <w:rPr>
                <w:color w:val="464646"/>
                <w:sz w:val="19"/>
              </w:rPr>
              <w:t xml:space="preserve"> </w:t>
            </w:r>
            <w:r w:rsidRPr="00A5700B">
              <w:rPr>
                <w:color w:val="464646"/>
                <w:sz w:val="19"/>
              </w:rPr>
              <w:t xml:space="preserve">Via/Piazza </w:t>
            </w:r>
            <w:r w:rsidRPr="00A5700B">
              <w:rPr>
                <w:color w:val="464646"/>
                <w:sz w:val="19"/>
              </w:rPr>
              <w:lastRenderedPageBreak/>
              <w:t>__________________________ n. ______</w:t>
            </w:r>
            <w:r>
              <w:rPr>
                <w:color w:val="464646"/>
                <w:sz w:val="19"/>
              </w:rPr>
              <w:t xml:space="preserve"> </w:t>
            </w:r>
            <w:r w:rsidRPr="00A5700B">
              <w:rPr>
                <w:color w:val="464646"/>
                <w:sz w:val="19"/>
              </w:rPr>
              <w:t>CAP __________</w:t>
            </w:r>
          </w:p>
        </w:tc>
      </w:tr>
      <w:tr w:rsidR="004A6C21" w:rsidRPr="00A5700B" w14:paraId="1D759E92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BDB3365" w14:textId="77777777" w:rsidR="004A6C21" w:rsidRPr="00A5700B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lastRenderedPageBreak/>
              <w:t>Sede operativa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34F8A34" w14:textId="77777777" w:rsidR="004A6C21" w:rsidRPr="00A5700B" w:rsidRDefault="004A6C21" w:rsidP="00CE0629">
            <w:pPr>
              <w:rPr>
                <w:color w:val="464646"/>
                <w:sz w:val="19"/>
              </w:rPr>
            </w:pPr>
            <w:r w:rsidRPr="00A5700B">
              <w:rPr>
                <w:color w:val="464646"/>
                <w:sz w:val="19"/>
              </w:rPr>
              <w:t>Comune ____________________________</w:t>
            </w:r>
            <w:r>
              <w:rPr>
                <w:color w:val="464646"/>
                <w:sz w:val="19"/>
              </w:rPr>
              <w:t xml:space="preserve"> </w:t>
            </w:r>
            <w:r w:rsidRPr="00A5700B">
              <w:rPr>
                <w:color w:val="464646"/>
                <w:sz w:val="19"/>
              </w:rPr>
              <w:t>Prov. ______</w:t>
            </w:r>
            <w:r>
              <w:rPr>
                <w:color w:val="464646"/>
                <w:sz w:val="19"/>
              </w:rPr>
              <w:t xml:space="preserve"> </w:t>
            </w:r>
            <w:r w:rsidRPr="00A5700B">
              <w:rPr>
                <w:color w:val="464646"/>
                <w:sz w:val="19"/>
              </w:rPr>
              <w:t>Via/Piazza __________________________ n. ______</w:t>
            </w:r>
            <w:r>
              <w:rPr>
                <w:color w:val="464646"/>
                <w:sz w:val="19"/>
              </w:rPr>
              <w:t xml:space="preserve"> </w:t>
            </w:r>
            <w:r w:rsidRPr="00A5700B">
              <w:rPr>
                <w:color w:val="464646"/>
                <w:sz w:val="19"/>
              </w:rPr>
              <w:t>CAP __________</w:t>
            </w:r>
          </w:p>
        </w:tc>
      </w:tr>
      <w:tr w:rsidR="004A6C21" w:rsidRPr="00A5700B" w14:paraId="1887C0DF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510AED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Forma Societaria (snc, srl, sas)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41D064D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2EA8BDE4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AFED918" w14:textId="77777777" w:rsidR="004A6C21" w:rsidRPr="00A5700B" w:rsidRDefault="004A6C21" w:rsidP="00CE0629">
            <w:r w:rsidRPr="00A5700B">
              <w:rPr>
                <w:b/>
                <w:color w:val="373737"/>
                <w:sz w:val="17"/>
              </w:rPr>
              <w:t>Telefono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DDB3C66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6FE6E976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A89AD72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M</w:t>
            </w:r>
            <w:r w:rsidRPr="00A5700B">
              <w:rPr>
                <w:b/>
                <w:color w:val="373737"/>
                <w:sz w:val="17"/>
              </w:rPr>
              <w:t>ail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ECFAB2F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26656777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8974756" w14:textId="77777777" w:rsidR="004A6C21" w:rsidRPr="00A5700B" w:rsidRDefault="004A6C21" w:rsidP="00CE0629">
            <w:r w:rsidRPr="00A5700B">
              <w:rPr>
                <w:b/>
                <w:color w:val="373737"/>
                <w:sz w:val="17"/>
              </w:rPr>
              <w:t>P</w:t>
            </w:r>
            <w:r>
              <w:rPr>
                <w:b/>
                <w:color w:val="373737"/>
                <w:sz w:val="17"/>
              </w:rPr>
              <w:t>ec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E985E46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5E707ADD" w14:textId="77777777" w:rsidTr="00CE0629">
        <w:trPr>
          <w:trHeight w:val="328"/>
          <w:jc w:val="center"/>
        </w:trPr>
        <w:tc>
          <w:tcPr>
            <w:tcW w:w="1036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B3F1760" w14:textId="77777777" w:rsidR="004A6C21" w:rsidRPr="00A5700B" w:rsidRDefault="004A6C21" w:rsidP="00CE0629">
            <w:pPr>
              <w:jc w:val="center"/>
            </w:pPr>
            <w:r>
              <w:rPr>
                <w:b/>
                <w:color w:val="373737"/>
                <w:sz w:val="17"/>
              </w:rPr>
              <w:t>Composizione Societaria</w:t>
            </w:r>
          </w:p>
        </w:tc>
      </w:tr>
      <w:tr w:rsidR="004A6C21" w:rsidRPr="00A5700B" w14:paraId="08E186A8" w14:textId="77777777" w:rsidTr="00CE0629">
        <w:trPr>
          <w:trHeight w:val="328"/>
          <w:jc w:val="center"/>
        </w:trPr>
        <w:tc>
          <w:tcPr>
            <w:tcW w:w="1036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DD" w:themeFill="accent3" w:themeFillTint="3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C266AF2" w14:textId="77777777" w:rsidR="004A6C21" w:rsidRDefault="004A6C21" w:rsidP="00CE0629">
            <w:pPr>
              <w:jc w:val="center"/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Legale Rappresentante</w:t>
            </w:r>
          </w:p>
        </w:tc>
      </w:tr>
      <w:tr w:rsidR="004A6C21" w:rsidRPr="00A5700B" w14:paraId="2E9A2E72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EF78C1C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Nome e Cognome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9C6E70A" w14:textId="77777777" w:rsidR="004A6C21" w:rsidRPr="00A5700B" w:rsidRDefault="004A6C21" w:rsidP="00CE0629"/>
        </w:tc>
      </w:tr>
      <w:tr w:rsidR="004A6C21" w:rsidRPr="00A5700B" w14:paraId="5889C86C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BF48DA6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Nato/a a</w:t>
            </w:r>
          </w:p>
        </w:tc>
        <w:tc>
          <w:tcPr>
            <w:tcW w:w="25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FEB0906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16C5FE6E" w14:textId="77777777" w:rsidR="004A6C21" w:rsidRPr="00445905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il</w:t>
            </w:r>
          </w:p>
        </w:tc>
        <w:tc>
          <w:tcPr>
            <w:tcW w:w="4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4BE6DDE" w14:textId="77777777" w:rsidR="004A6C21" w:rsidRPr="00A5700B" w:rsidRDefault="004A6C21" w:rsidP="00CE0629"/>
        </w:tc>
      </w:tr>
      <w:tr w:rsidR="004A6C21" w:rsidRPr="00A5700B" w14:paraId="299D46DE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8DAAADB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Indirizzo residenza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7D9624F" w14:textId="77777777" w:rsidR="004A6C21" w:rsidRPr="00A5700B" w:rsidRDefault="004A6C21" w:rsidP="00CE0629"/>
        </w:tc>
      </w:tr>
      <w:tr w:rsidR="004A6C21" w:rsidRPr="00A5700B" w14:paraId="4E9E265C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1B48825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Codice Fiscale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5D7B095" w14:textId="77777777" w:rsidR="004A6C21" w:rsidRPr="00A5700B" w:rsidRDefault="004A6C21" w:rsidP="00CE0629"/>
        </w:tc>
      </w:tr>
      <w:tr w:rsidR="004A6C21" w:rsidRPr="00A5700B" w14:paraId="2B78A828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327648" w14:textId="77777777" w:rsidR="004A6C21" w:rsidRPr="00A5700B" w:rsidRDefault="004A6C21" w:rsidP="00CE0629">
            <w:r w:rsidRPr="00A5700B">
              <w:rPr>
                <w:b/>
                <w:color w:val="373737"/>
                <w:sz w:val="17"/>
              </w:rPr>
              <w:t>Telefono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EF08059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5C8986C3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ED7C77E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Quota Societaria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0D191F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1EEFAC05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03D224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Funzione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4A166BF" w14:textId="77777777" w:rsidR="004A6C21" w:rsidRPr="00A5700B" w:rsidRDefault="004A6C21" w:rsidP="00CE0629">
            <w:pPr>
              <w:rPr>
                <w:sz w:val="19"/>
              </w:rPr>
            </w:pPr>
          </w:p>
        </w:tc>
      </w:tr>
      <w:tr w:rsidR="004A6C21" w:rsidRPr="00445905" w14:paraId="7E0EA3BA" w14:textId="77777777" w:rsidTr="00CE0629">
        <w:trPr>
          <w:trHeight w:val="23"/>
          <w:jc w:val="center"/>
        </w:trPr>
        <w:tc>
          <w:tcPr>
            <w:tcW w:w="1036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DD" w:themeFill="accent3" w:themeFillTint="3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BA6EE3E" w14:textId="77777777" w:rsidR="004A6C21" w:rsidRPr="00445905" w:rsidRDefault="004A6C21" w:rsidP="00CE0629">
            <w:pPr>
              <w:jc w:val="center"/>
              <w:rPr>
                <w:sz w:val="6"/>
                <w:szCs w:val="8"/>
              </w:rPr>
            </w:pPr>
            <w:r>
              <w:rPr>
                <w:b/>
                <w:color w:val="373737"/>
                <w:sz w:val="17"/>
              </w:rPr>
              <w:t>Socio 1</w:t>
            </w:r>
          </w:p>
        </w:tc>
      </w:tr>
      <w:tr w:rsidR="004A6C21" w:rsidRPr="00A5700B" w14:paraId="67FBF0A2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2AC034B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 xml:space="preserve">Nome e Cognome 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071D4C" w14:textId="77777777" w:rsidR="004A6C21" w:rsidRPr="00A5700B" w:rsidRDefault="004A6C21" w:rsidP="00CE0629"/>
        </w:tc>
      </w:tr>
      <w:tr w:rsidR="004A6C21" w:rsidRPr="00A5700B" w14:paraId="627FF488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4B52CA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Nato/a a</w:t>
            </w:r>
          </w:p>
        </w:tc>
        <w:tc>
          <w:tcPr>
            <w:tcW w:w="25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FB3E45A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234C29CA" w14:textId="77777777" w:rsidR="004A6C21" w:rsidRPr="00445905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il</w:t>
            </w:r>
          </w:p>
        </w:tc>
        <w:tc>
          <w:tcPr>
            <w:tcW w:w="4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BEBDCBC" w14:textId="77777777" w:rsidR="004A6C21" w:rsidRPr="00A5700B" w:rsidRDefault="004A6C21" w:rsidP="00CE0629"/>
        </w:tc>
      </w:tr>
      <w:tr w:rsidR="004A6C21" w:rsidRPr="00A5700B" w14:paraId="583B54C5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1D4F63F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Indirizzo residenza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1F7BDDB" w14:textId="77777777" w:rsidR="004A6C21" w:rsidRPr="00A5700B" w:rsidRDefault="004A6C21" w:rsidP="00CE0629"/>
        </w:tc>
      </w:tr>
      <w:tr w:rsidR="004A6C21" w:rsidRPr="00A5700B" w14:paraId="51D522C1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72FFE14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Codice Fiscale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733306B" w14:textId="77777777" w:rsidR="004A6C21" w:rsidRPr="00A5700B" w:rsidRDefault="004A6C21" w:rsidP="00CE0629"/>
        </w:tc>
      </w:tr>
      <w:tr w:rsidR="004A6C21" w:rsidRPr="00A5700B" w14:paraId="0D2F8776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8A3348E" w14:textId="77777777" w:rsidR="004A6C21" w:rsidRPr="00A5700B" w:rsidRDefault="004A6C21" w:rsidP="00CE0629">
            <w:r w:rsidRPr="00A5700B">
              <w:rPr>
                <w:b/>
                <w:color w:val="373737"/>
                <w:sz w:val="17"/>
              </w:rPr>
              <w:t>Telefono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82421C0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4CD5E972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6C82FF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Quota Societaria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EA5544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4197A7A3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56988CA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Funzione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CB18712" w14:textId="77777777" w:rsidR="004A6C21" w:rsidRPr="00A5700B" w:rsidRDefault="004A6C21" w:rsidP="00CE0629">
            <w:pPr>
              <w:rPr>
                <w:sz w:val="19"/>
              </w:rPr>
            </w:pPr>
          </w:p>
        </w:tc>
      </w:tr>
      <w:tr w:rsidR="004A6C21" w:rsidRPr="00445905" w14:paraId="10ABC750" w14:textId="77777777" w:rsidTr="00CE0629">
        <w:trPr>
          <w:trHeight w:val="23"/>
          <w:jc w:val="center"/>
        </w:trPr>
        <w:tc>
          <w:tcPr>
            <w:tcW w:w="1036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DD" w:themeFill="accent3" w:themeFillTint="3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206F9D8" w14:textId="77777777" w:rsidR="004A6C21" w:rsidRPr="00445905" w:rsidRDefault="004A6C21" w:rsidP="00CE0629">
            <w:pPr>
              <w:jc w:val="center"/>
              <w:rPr>
                <w:sz w:val="6"/>
                <w:szCs w:val="8"/>
              </w:rPr>
            </w:pPr>
            <w:r>
              <w:rPr>
                <w:b/>
                <w:color w:val="373737"/>
                <w:sz w:val="17"/>
              </w:rPr>
              <w:t>Socio 2</w:t>
            </w:r>
          </w:p>
        </w:tc>
      </w:tr>
      <w:tr w:rsidR="004A6C21" w:rsidRPr="00A5700B" w14:paraId="2A07E049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909F4A6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 xml:space="preserve">Nome e Cognome 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FB3AB3" w14:textId="77777777" w:rsidR="004A6C21" w:rsidRPr="00A5700B" w:rsidRDefault="004A6C21" w:rsidP="00CE0629"/>
        </w:tc>
      </w:tr>
      <w:tr w:rsidR="004A6C21" w:rsidRPr="00A5700B" w14:paraId="3860182C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3422B8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Nato/a a</w:t>
            </w:r>
          </w:p>
        </w:tc>
        <w:tc>
          <w:tcPr>
            <w:tcW w:w="25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A24AA48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1BA58A43" w14:textId="77777777" w:rsidR="004A6C21" w:rsidRPr="00445905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il</w:t>
            </w:r>
          </w:p>
        </w:tc>
        <w:tc>
          <w:tcPr>
            <w:tcW w:w="4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8B5FAB7" w14:textId="77777777" w:rsidR="004A6C21" w:rsidRPr="00A5700B" w:rsidRDefault="004A6C21" w:rsidP="00CE0629"/>
        </w:tc>
      </w:tr>
      <w:tr w:rsidR="004A6C21" w:rsidRPr="00A5700B" w14:paraId="600B24CB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98C13B8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lastRenderedPageBreak/>
              <w:t>Indirizzo residenza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DD5B79" w14:textId="77777777" w:rsidR="004A6C21" w:rsidRPr="00A5700B" w:rsidRDefault="004A6C21" w:rsidP="00CE0629"/>
        </w:tc>
      </w:tr>
      <w:tr w:rsidR="004A6C21" w:rsidRPr="00A5700B" w14:paraId="21F55BBA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8F790F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Codice Fiscale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23EAD8" w14:textId="77777777" w:rsidR="004A6C21" w:rsidRPr="00A5700B" w:rsidRDefault="004A6C21" w:rsidP="00CE0629"/>
        </w:tc>
      </w:tr>
      <w:tr w:rsidR="004A6C21" w:rsidRPr="00A5700B" w14:paraId="1795D194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CCCC0B1" w14:textId="77777777" w:rsidR="004A6C21" w:rsidRPr="00A5700B" w:rsidRDefault="004A6C21" w:rsidP="00CE0629">
            <w:r w:rsidRPr="00A5700B">
              <w:rPr>
                <w:b/>
                <w:color w:val="373737"/>
                <w:sz w:val="17"/>
              </w:rPr>
              <w:t>Telefono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6092323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6957AED9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95E8C4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Quota Societaria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70F846A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2A0DF149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3DB9A97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Funzione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C671F0" w14:textId="77777777" w:rsidR="004A6C21" w:rsidRPr="00A5700B" w:rsidRDefault="004A6C21" w:rsidP="00CE0629">
            <w:pPr>
              <w:rPr>
                <w:sz w:val="19"/>
              </w:rPr>
            </w:pPr>
          </w:p>
        </w:tc>
      </w:tr>
      <w:tr w:rsidR="004A6C21" w:rsidRPr="00445905" w14:paraId="168C5946" w14:textId="77777777" w:rsidTr="00CE0629">
        <w:trPr>
          <w:trHeight w:val="23"/>
          <w:jc w:val="center"/>
        </w:trPr>
        <w:tc>
          <w:tcPr>
            <w:tcW w:w="10368" w:type="dxa"/>
            <w:gridSpan w:val="4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F1DD" w:themeFill="accent3" w:themeFillTint="33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EE42FA" w14:textId="77777777" w:rsidR="004A6C21" w:rsidRPr="00445905" w:rsidRDefault="004A6C21" w:rsidP="00CE0629">
            <w:pPr>
              <w:jc w:val="center"/>
              <w:rPr>
                <w:sz w:val="6"/>
                <w:szCs w:val="8"/>
              </w:rPr>
            </w:pPr>
            <w:r>
              <w:rPr>
                <w:b/>
                <w:color w:val="373737"/>
                <w:sz w:val="17"/>
              </w:rPr>
              <w:t>Socio 3</w:t>
            </w:r>
          </w:p>
        </w:tc>
      </w:tr>
      <w:tr w:rsidR="004A6C21" w:rsidRPr="00A5700B" w14:paraId="3637A439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1498E00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 xml:space="preserve">Nome e Cognome 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DD958FD" w14:textId="77777777" w:rsidR="004A6C21" w:rsidRPr="00A5700B" w:rsidRDefault="004A6C21" w:rsidP="00CE0629"/>
        </w:tc>
      </w:tr>
      <w:tr w:rsidR="004A6C21" w:rsidRPr="00A5700B" w14:paraId="0BE7B523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A3EF09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Nato/a a</w:t>
            </w:r>
          </w:p>
        </w:tc>
        <w:tc>
          <w:tcPr>
            <w:tcW w:w="25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F15D4F5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  <w:tc>
          <w:tcPr>
            <w:tcW w:w="8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 w:themeFill="background1" w:themeFillShade="F2"/>
            <w:vAlign w:val="center"/>
          </w:tcPr>
          <w:p w14:paraId="239786AF" w14:textId="77777777" w:rsidR="004A6C21" w:rsidRPr="00445905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il</w:t>
            </w:r>
          </w:p>
        </w:tc>
        <w:tc>
          <w:tcPr>
            <w:tcW w:w="4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16AC96" w14:textId="77777777" w:rsidR="004A6C21" w:rsidRPr="00A5700B" w:rsidRDefault="004A6C21" w:rsidP="00CE0629"/>
        </w:tc>
      </w:tr>
      <w:tr w:rsidR="004A6C21" w:rsidRPr="00A5700B" w14:paraId="314FFBA8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31CAD7F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Indirizzo residenza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E38BA4E" w14:textId="77777777" w:rsidR="004A6C21" w:rsidRPr="00A5700B" w:rsidRDefault="004A6C21" w:rsidP="00CE0629"/>
        </w:tc>
      </w:tr>
      <w:tr w:rsidR="004A6C21" w:rsidRPr="00A5700B" w14:paraId="2077F87B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4763425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Codice Fiscale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5BB60A9" w14:textId="77777777" w:rsidR="004A6C21" w:rsidRPr="00A5700B" w:rsidRDefault="004A6C21" w:rsidP="00CE0629"/>
        </w:tc>
      </w:tr>
      <w:tr w:rsidR="004A6C21" w:rsidRPr="00A5700B" w14:paraId="69BD959A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844C4B" w14:textId="77777777" w:rsidR="004A6C21" w:rsidRPr="00A5700B" w:rsidRDefault="004A6C21" w:rsidP="00CE0629">
            <w:r w:rsidRPr="00A5700B">
              <w:rPr>
                <w:b/>
                <w:color w:val="373737"/>
                <w:sz w:val="17"/>
              </w:rPr>
              <w:t>Telefono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F6FA945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65052852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9213779" w14:textId="77777777" w:rsidR="004A6C21" w:rsidRPr="00A5700B" w:rsidRDefault="004A6C21" w:rsidP="00CE0629">
            <w:r>
              <w:rPr>
                <w:b/>
                <w:color w:val="373737"/>
                <w:sz w:val="17"/>
              </w:rPr>
              <w:t>Quota Societaria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59E077" w14:textId="77777777" w:rsidR="004A6C21" w:rsidRPr="00A5700B" w:rsidRDefault="004A6C21" w:rsidP="00CE0629">
            <w:r w:rsidRPr="00A5700B">
              <w:rPr>
                <w:sz w:val="19"/>
              </w:rPr>
              <w:t xml:space="preserve"> </w:t>
            </w:r>
          </w:p>
        </w:tc>
      </w:tr>
      <w:tr w:rsidR="004A6C21" w:rsidRPr="00A5700B" w14:paraId="5E582B48" w14:textId="77777777" w:rsidTr="00CE0629">
        <w:trPr>
          <w:trHeight w:val="328"/>
          <w:jc w:val="center"/>
        </w:trPr>
        <w:tc>
          <w:tcPr>
            <w:tcW w:w="269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1E8ABA2" w14:textId="77777777" w:rsidR="004A6C21" w:rsidRDefault="004A6C21" w:rsidP="00CE0629">
            <w:pPr>
              <w:rPr>
                <w:b/>
                <w:color w:val="373737"/>
                <w:sz w:val="17"/>
              </w:rPr>
            </w:pPr>
            <w:r>
              <w:rPr>
                <w:b/>
                <w:color w:val="373737"/>
                <w:sz w:val="17"/>
              </w:rPr>
              <w:t>Funzione</w:t>
            </w:r>
          </w:p>
        </w:tc>
        <w:tc>
          <w:tcPr>
            <w:tcW w:w="7671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0D1129" w14:textId="77777777" w:rsidR="004A6C21" w:rsidRPr="00A5700B" w:rsidRDefault="004A6C21" w:rsidP="00CE0629">
            <w:pPr>
              <w:rPr>
                <w:sz w:val="19"/>
              </w:rPr>
            </w:pPr>
          </w:p>
        </w:tc>
      </w:tr>
    </w:tbl>
    <w:p w14:paraId="77815DBE" w14:textId="77777777" w:rsidR="004A6C21" w:rsidRDefault="004A6C21" w:rsidP="004A6C21"/>
    <w:p w14:paraId="139A7121" w14:textId="77777777" w:rsidR="004A6C21" w:rsidRDefault="004A6C21">
      <w:pPr>
        <w:pStyle w:val="SectionHeading"/>
        <w:keepNext/>
        <w:pBdr>
          <w:bottom w:val="single" w:sz="6" w:space="1" w:color="2F75B5"/>
        </w:pBdr>
        <w:spacing w:before="140" w:after="80"/>
        <w:rPr>
          <w:lang w:val="it-IT"/>
        </w:rPr>
      </w:pPr>
    </w:p>
    <w:p w14:paraId="72457B5B" w14:textId="3A98D119" w:rsidR="000C01AE" w:rsidRPr="00E8516E" w:rsidRDefault="00B8246E">
      <w:pPr>
        <w:pStyle w:val="SectionHeading"/>
        <w:keepNext/>
        <w:pBdr>
          <w:bottom w:val="single" w:sz="6" w:space="1" w:color="2F75B5"/>
        </w:pBdr>
        <w:spacing w:before="140" w:after="80"/>
        <w:rPr>
          <w:lang w:val="it-IT"/>
        </w:rPr>
      </w:pPr>
      <w:r w:rsidRPr="00E8516E">
        <w:rPr>
          <w:lang w:val="it-IT"/>
        </w:rPr>
        <w:t>2. DESCRIZIONE DELL’IDEA D’IMPRESA E SVILUPPO FUTURO DELL’ATTIVITÀ</w:t>
      </w:r>
    </w:p>
    <w:p w14:paraId="6E9A3C01" w14:textId="77777777" w:rsidR="000C01AE" w:rsidRPr="00E8516E" w:rsidRDefault="00B8246E">
      <w:pPr>
        <w:spacing w:after="80" w:line="240" w:lineRule="auto"/>
      </w:pPr>
      <w:r w:rsidRPr="00E8516E">
        <w:rPr>
          <w:i/>
        </w:rPr>
        <w:t>a) Riportare gli elementi che contraddistinguono l’idea imprenditoriale in relazione al codice ATECO al quale si fa riferimento, con particolare riguardo a competenze possedute, capitale umano a disposizione, opportunità che si intendono cogliere, attività svolte o da svolgere, mercati e canali di sbocco, concorrenza, rischi e minacce.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C01AE" w:rsidRPr="00E8516E" w14:paraId="5B0C80C4" w14:textId="77777777">
        <w:trPr>
          <w:trHeight w:val="2948"/>
          <w:jc w:val="center"/>
        </w:trPr>
        <w:tc>
          <w:tcPr>
            <w:tcW w:w="101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DFCEC93" w14:textId="77777777" w:rsidR="000C01AE" w:rsidRPr="00E8516E" w:rsidRDefault="00B8246E">
            <w:r w:rsidRPr="00E8516E">
              <w:rPr>
                <w:i/>
                <w:color w:val="646464"/>
                <w:sz w:val="18"/>
              </w:rPr>
              <w:t>Spazio per la descrizione dell’idea imprenditoriale, del modello operativo e dei principali elementi di fattibilità.</w:t>
            </w:r>
          </w:p>
        </w:tc>
      </w:tr>
    </w:tbl>
    <w:p w14:paraId="09B4D658" w14:textId="77777777" w:rsidR="000C01AE" w:rsidRPr="00E8516E" w:rsidRDefault="00B8246E">
      <w:pPr>
        <w:spacing w:after="80" w:line="240" w:lineRule="auto"/>
      </w:pPr>
      <w:r w:rsidRPr="00E8516E">
        <w:rPr>
          <w:i/>
        </w:rPr>
        <w:t>b) In relazione al vincolo di mantenere in attività l’impresa per almeno 5 anni successivi alla data del pagamento finale del contributo, descrivere le prospettive di mantenimento e sviluppo futuro dell’attività.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C01AE" w:rsidRPr="00E8516E" w14:paraId="1517B0C3" w14:textId="77777777" w:rsidTr="00B8246E">
        <w:trPr>
          <w:trHeight w:val="1968"/>
          <w:jc w:val="center"/>
        </w:trPr>
        <w:tc>
          <w:tcPr>
            <w:tcW w:w="101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798F9A19" w14:textId="77777777" w:rsidR="000C01AE" w:rsidRPr="00E8516E" w:rsidRDefault="00B8246E">
            <w:r w:rsidRPr="00E8516E">
              <w:rPr>
                <w:i/>
                <w:color w:val="646464"/>
                <w:sz w:val="18"/>
              </w:rPr>
              <w:lastRenderedPageBreak/>
              <w:t>Spazio per la descrizione delle prospettive di mantenimento, sviluppo e sostenibilità dell’attività nel medio periodo.</w:t>
            </w:r>
          </w:p>
        </w:tc>
      </w:tr>
    </w:tbl>
    <w:p w14:paraId="48E4F019" w14:textId="77777777" w:rsidR="000C01AE" w:rsidRPr="00E8516E" w:rsidRDefault="00B8246E">
      <w:pPr>
        <w:pStyle w:val="SectionHeading"/>
        <w:keepNext/>
        <w:pBdr>
          <w:bottom w:val="single" w:sz="6" w:space="1" w:color="2F75B5"/>
        </w:pBdr>
        <w:spacing w:before="140" w:after="80"/>
        <w:rPr>
          <w:lang w:val="it-IT"/>
        </w:rPr>
      </w:pPr>
      <w:r w:rsidRPr="00E8516E">
        <w:rPr>
          <w:lang w:val="it-IT"/>
        </w:rPr>
        <w:t>3. COMPATIBILITÀ E PERTINENZA CON I FABBISOGNI DEL TERRITORIO DEL GAL</w:t>
      </w:r>
    </w:p>
    <w:p w14:paraId="11DBBEF5" w14:textId="77777777" w:rsidR="000C01AE" w:rsidRPr="00E8516E" w:rsidRDefault="00B8246E">
      <w:pPr>
        <w:spacing w:after="100" w:line="240" w:lineRule="auto"/>
      </w:pPr>
      <w:r w:rsidRPr="00E8516E">
        <w:rPr>
          <w:i/>
        </w:rPr>
        <w:t>Descrivere la compatibilità e la pertinenza dell’intervento candidato con ciascun fabbisogno individuato dalla Strategia di Sviluppo Locale del GAL. Ove possibile, e se ritenuto pertinente, inserire elementi di quantificazione a sostegno delle affermazioni.</w:t>
      </w:r>
    </w:p>
    <w:p w14:paraId="3639889C" w14:textId="77777777" w:rsidR="000C01AE" w:rsidRPr="00E8516E" w:rsidRDefault="00B8246E">
      <w:pPr>
        <w:pStyle w:val="SectionHeading"/>
        <w:spacing w:before="100" w:after="40"/>
        <w:rPr>
          <w:lang w:val="it-IT"/>
        </w:rPr>
      </w:pPr>
      <w:r w:rsidRPr="00E8516E">
        <w:rPr>
          <w:color w:val="006666"/>
          <w:sz w:val="21"/>
          <w:lang w:val="it-IT"/>
        </w:rPr>
        <w:t xml:space="preserve">3.1 </w:t>
      </w:r>
      <w:r w:rsidRPr="00E8516E">
        <w:rPr>
          <w:color w:val="3C3C3C"/>
          <w:sz w:val="21"/>
          <w:lang w:val="it-IT"/>
        </w:rPr>
        <w:t>E3.1 – Promuovere l’imprenditorialità nelle aree rurali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C01AE" w:rsidRPr="00E8516E" w14:paraId="584EDD3E" w14:textId="77777777">
        <w:trPr>
          <w:trHeight w:val="1360"/>
          <w:jc w:val="center"/>
        </w:trPr>
        <w:tc>
          <w:tcPr>
            <w:tcW w:w="101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583A86B6" w14:textId="77777777" w:rsidR="000C01AE" w:rsidRPr="00E8516E" w:rsidRDefault="000C01AE"/>
        </w:tc>
      </w:tr>
    </w:tbl>
    <w:p w14:paraId="648A674B" w14:textId="77777777" w:rsidR="000C01AE" w:rsidRPr="00E8516E" w:rsidRDefault="00B8246E">
      <w:pPr>
        <w:pStyle w:val="SectionHeading"/>
        <w:spacing w:before="100" w:after="40"/>
        <w:rPr>
          <w:lang w:val="it-IT"/>
        </w:rPr>
      </w:pPr>
      <w:r w:rsidRPr="00E8516E">
        <w:rPr>
          <w:color w:val="006666"/>
          <w:sz w:val="21"/>
          <w:lang w:val="it-IT"/>
        </w:rPr>
        <w:t xml:space="preserve">3.2 </w:t>
      </w:r>
      <w:r w:rsidRPr="00E8516E">
        <w:rPr>
          <w:color w:val="3C3C3C"/>
          <w:sz w:val="21"/>
          <w:lang w:val="it-IT"/>
        </w:rPr>
        <w:t>E3.3 – Creare e sostenere l’occupazione e l’inclusione sociale nelle aree rurali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C01AE" w:rsidRPr="00E8516E" w14:paraId="7E5D92BF" w14:textId="77777777">
        <w:trPr>
          <w:trHeight w:val="1360"/>
          <w:jc w:val="center"/>
        </w:trPr>
        <w:tc>
          <w:tcPr>
            <w:tcW w:w="101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CA984EF" w14:textId="77777777" w:rsidR="000C01AE" w:rsidRPr="00E8516E" w:rsidRDefault="000C01AE"/>
        </w:tc>
      </w:tr>
    </w:tbl>
    <w:p w14:paraId="66D3A5FE" w14:textId="77777777" w:rsidR="000C01AE" w:rsidRPr="00E8516E" w:rsidRDefault="00B8246E">
      <w:pPr>
        <w:pStyle w:val="SectionHeading"/>
        <w:spacing w:before="100" w:after="40"/>
        <w:rPr>
          <w:lang w:val="it-IT"/>
        </w:rPr>
      </w:pPr>
      <w:r w:rsidRPr="00E8516E">
        <w:rPr>
          <w:color w:val="006666"/>
          <w:sz w:val="21"/>
          <w:lang w:val="it-IT"/>
        </w:rPr>
        <w:t xml:space="preserve">3.3 </w:t>
      </w:r>
      <w:r w:rsidRPr="00E8516E">
        <w:rPr>
          <w:color w:val="3C3C3C"/>
          <w:sz w:val="21"/>
          <w:lang w:val="it-IT"/>
        </w:rPr>
        <w:t>Potenziare l’attrattività del territorio sostenendo le attività imprenditoriali che meglio consentono di valorizzare il patrimonio naturale, paesaggistico e storico-culturale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C01AE" w:rsidRPr="00E8516E" w14:paraId="23B1348E" w14:textId="77777777">
        <w:trPr>
          <w:trHeight w:val="1360"/>
          <w:jc w:val="center"/>
        </w:trPr>
        <w:tc>
          <w:tcPr>
            <w:tcW w:w="101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6093DDCF" w14:textId="77777777" w:rsidR="000C01AE" w:rsidRPr="00E8516E" w:rsidRDefault="000C01AE"/>
        </w:tc>
      </w:tr>
    </w:tbl>
    <w:p w14:paraId="6039E3B5" w14:textId="77777777" w:rsidR="000C01AE" w:rsidRPr="00E8516E" w:rsidRDefault="00B8246E">
      <w:pPr>
        <w:pStyle w:val="SectionHeading"/>
        <w:spacing w:before="100" w:after="40"/>
        <w:rPr>
          <w:lang w:val="it-IT"/>
        </w:rPr>
      </w:pPr>
      <w:r w:rsidRPr="00E8516E">
        <w:rPr>
          <w:color w:val="006666"/>
          <w:sz w:val="21"/>
          <w:lang w:val="it-IT"/>
        </w:rPr>
        <w:t>3.4 Altre informazioni utili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368"/>
      </w:tblGrid>
      <w:tr w:rsidR="000C01AE" w:rsidRPr="00E8516E" w14:paraId="0EF125A9" w14:textId="77777777" w:rsidTr="00B8246E">
        <w:trPr>
          <w:trHeight w:val="1227"/>
          <w:jc w:val="center"/>
        </w:trPr>
        <w:tc>
          <w:tcPr>
            <w:tcW w:w="101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 w14:paraId="27E17278" w14:textId="77777777" w:rsidR="000C01AE" w:rsidRPr="00E8516E" w:rsidRDefault="000C01AE"/>
        </w:tc>
      </w:tr>
    </w:tbl>
    <w:p w14:paraId="543E837C" w14:textId="77777777" w:rsidR="000C01AE" w:rsidRPr="00E8516E" w:rsidRDefault="000C01AE" w:rsidP="00B8246E">
      <w:pPr>
        <w:spacing w:after="0" w:line="240" w:lineRule="auto"/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194"/>
        <w:gridCol w:w="5194"/>
      </w:tblGrid>
      <w:tr w:rsidR="000C01AE" w:rsidRPr="00E8516E" w14:paraId="090D5A63" w14:textId="77777777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4703A2" w14:textId="77777777" w:rsidR="000C01AE" w:rsidRPr="00E8516E" w:rsidRDefault="00B8246E" w:rsidP="00B8246E">
            <w:pPr>
              <w:spacing w:after="0" w:line="240" w:lineRule="auto"/>
            </w:pPr>
            <w:r w:rsidRPr="00E8516E">
              <w:rPr>
                <w:b/>
                <w:sz w:val="19"/>
              </w:rPr>
              <w:t>Luogo e data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36B05" w14:textId="77777777" w:rsidR="000C01AE" w:rsidRPr="00E8516E" w:rsidRDefault="00B8246E" w:rsidP="00B8246E">
            <w:pPr>
              <w:spacing w:after="0" w:line="240" w:lineRule="auto"/>
              <w:jc w:val="center"/>
            </w:pPr>
            <w:r w:rsidRPr="00E8516E">
              <w:rPr>
                <w:b/>
                <w:sz w:val="19"/>
              </w:rPr>
              <w:t>Firma</w:t>
            </w:r>
          </w:p>
        </w:tc>
      </w:tr>
      <w:tr w:rsidR="000C01AE" w:rsidRPr="00E8516E" w14:paraId="27BD44F7" w14:textId="77777777">
        <w:trPr>
          <w:jc w:val="center"/>
        </w:trPr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514AF3" w14:textId="77777777" w:rsidR="000C01AE" w:rsidRPr="00E8516E" w:rsidRDefault="00B8246E" w:rsidP="00B8246E">
            <w:pPr>
              <w:spacing w:after="0" w:line="240" w:lineRule="auto"/>
            </w:pPr>
            <w:r w:rsidRPr="00E8516E">
              <w:t>____________________________________</w:t>
            </w:r>
          </w:p>
        </w:tc>
        <w:tc>
          <w:tcPr>
            <w:tcW w:w="507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B534F4" w14:textId="77777777" w:rsidR="000C01AE" w:rsidRPr="00E8516E" w:rsidRDefault="00B8246E" w:rsidP="00B8246E">
            <w:pPr>
              <w:spacing w:after="0" w:line="240" w:lineRule="auto"/>
              <w:jc w:val="center"/>
            </w:pPr>
            <w:r w:rsidRPr="00E8516E">
              <w:t>____________________________________</w:t>
            </w:r>
          </w:p>
        </w:tc>
      </w:tr>
    </w:tbl>
    <w:p w14:paraId="230B86C8" w14:textId="77777777" w:rsidR="002E4F5D" w:rsidRPr="00E8516E" w:rsidRDefault="002E4F5D" w:rsidP="00B8246E"/>
    <w:sectPr w:rsidR="002E4F5D" w:rsidRPr="00E8516E" w:rsidSect="00034616">
      <w:headerReference w:type="default" r:id="rId8"/>
      <w:footerReference w:type="default" r:id="rId9"/>
      <w:pgSz w:w="11906" w:h="16838"/>
      <w:pgMar w:top="907" w:right="879" w:bottom="879" w:left="879" w:header="227" w:footer="19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D8DDE" w14:textId="77777777" w:rsidR="003F2DA8" w:rsidRDefault="003F2DA8">
      <w:pPr>
        <w:spacing w:after="0" w:line="240" w:lineRule="auto"/>
      </w:pPr>
      <w:r>
        <w:separator/>
      </w:r>
    </w:p>
  </w:endnote>
  <w:endnote w:type="continuationSeparator" w:id="0">
    <w:p w14:paraId="37AE529D" w14:textId="77777777" w:rsidR="003F2DA8" w:rsidRDefault="003F2D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79B0" w14:textId="77777777" w:rsidR="000C01AE" w:rsidRDefault="000C01AE">
    <w:pPr>
      <w:pStyle w:val="Pidipagina"/>
      <w:pBdr>
        <w:bottom w:val="single" w:sz="10" w:space="1" w:color="2F75B5"/>
      </w:pBdr>
      <w:spacing w:after="40"/>
      <w:jc w:val="center"/>
    </w:pPr>
  </w:p>
  <w:tbl>
    <w:tblPr>
      <w:tblW w:w="5000" w:type="pct"/>
      <w:jc w:val="center"/>
      <w:tblLayout w:type="fixed"/>
      <w:tblLook w:val="04A0" w:firstRow="1" w:lastRow="0" w:firstColumn="1" w:lastColumn="0" w:noHBand="0" w:noVBand="1"/>
    </w:tblPr>
    <w:tblGrid>
      <w:gridCol w:w="1835"/>
      <w:gridCol w:w="6766"/>
      <w:gridCol w:w="1547"/>
    </w:tblGrid>
    <w:tr w:rsidR="000C01AE" w14:paraId="714E3BA0" w14:textId="77777777">
      <w:trPr>
        <w:jc w:val="center"/>
      </w:trPr>
      <w:tc>
        <w:tcPr>
          <w:tcW w:w="1814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36633F3" w14:textId="77777777" w:rsidR="000C01AE" w:rsidRDefault="00B8246E">
          <w:r>
            <w:rPr>
              <w:noProof/>
            </w:rPr>
            <w:drawing>
              <wp:inline distT="0" distB="0" distL="0" distR="0" wp14:anchorId="7D642DD8" wp14:editId="073F9FB3">
                <wp:extent cx="1080000" cy="431758"/>
                <wp:effectExtent l="0" t="0" r="0" b="0"/>
                <wp:docPr id="478485539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RE04-All-2-Format Piano Aziendale_image2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75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9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72E3B10A" w14:textId="77777777" w:rsidR="000C01AE" w:rsidRDefault="00B8246E">
          <w:pPr>
            <w:spacing w:line="228" w:lineRule="auto"/>
            <w:jc w:val="center"/>
          </w:pPr>
          <w:r>
            <w:rPr>
              <w:color w:val="464646"/>
              <w:sz w:val="14"/>
            </w:rPr>
            <w:t>Via dei Longobardi snc – c/o Sala Consiliare</w:t>
          </w:r>
          <w:r>
            <w:rPr>
              <w:color w:val="464646"/>
              <w:sz w:val="14"/>
            </w:rPr>
            <w:br/>
            <w:t>87020 Santa Maria del Cedro (CS)</w:t>
          </w:r>
          <w:r>
            <w:rPr>
              <w:color w:val="464646"/>
              <w:sz w:val="14"/>
            </w:rPr>
            <w:br/>
            <w:t>info@galcedri.it – galcedri@pec.it</w:t>
          </w:r>
        </w:p>
      </w:tc>
      <w:tc>
        <w:tcPr>
          <w:tcW w:w="1530" w:type="dxa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40BBC94" w14:textId="77777777" w:rsidR="000C01AE" w:rsidRDefault="00B8246E">
          <w:pPr>
            <w:jc w:val="right"/>
          </w:pPr>
          <w:r>
            <w:rPr>
              <w:color w:val="464646"/>
              <w:sz w:val="17"/>
            </w:rPr>
            <w:t xml:space="preserve">Pag.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E8516E">
            <w:rPr>
              <w:noProof/>
            </w:rPr>
            <w:t>1</w:t>
          </w:r>
          <w:r>
            <w:fldChar w:fldCharType="end"/>
          </w:r>
          <w:r>
            <w:rPr>
              <w:color w:val="464646"/>
              <w:sz w:val="17"/>
            </w:rPr>
            <w:t xml:space="preserve"> di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E8516E">
            <w:rPr>
              <w:noProof/>
            </w:rPr>
            <w:t>2</w:t>
          </w:r>
          <w: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4F7FEC" w14:textId="77777777" w:rsidR="003F2DA8" w:rsidRDefault="003F2DA8">
      <w:pPr>
        <w:spacing w:after="0" w:line="240" w:lineRule="auto"/>
      </w:pPr>
      <w:r>
        <w:separator/>
      </w:r>
    </w:p>
  </w:footnote>
  <w:footnote w:type="continuationSeparator" w:id="0">
    <w:p w14:paraId="3A3C0150" w14:textId="77777777" w:rsidR="003F2DA8" w:rsidRDefault="003F2DA8">
      <w:pPr>
        <w:spacing w:after="0" w:line="240" w:lineRule="auto"/>
      </w:pPr>
      <w:r>
        <w:continuationSeparator/>
      </w:r>
    </w:p>
  </w:footnote>
  <w:footnote w:id="1">
    <w:p w14:paraId="6B0ABF51" w14:textId="29D8A546" w:rsidR="00E8516E" w:rsidRPr="00E8516E" w:rsidRDefault="00E8516E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E8516E">
        <w:rPr>
          <w:color w:val="505050"/>
          <w:sz w:val="15"/>
        </w:rPr>
        <w:t>I codici ATECO ammessi nel presente Intervento sono elencati al capitolo 5 “Beneficiari: Tipologia e requisiti di ammissibilità” del Bando. Nel caso di microimprese</w:t>
      </w:r>
      <w:r w:rsidR="00E67813">
        <w:rPr>
          <w:color w:val="505050"/>
          <w:sz w:val="15"/>
        </w:rPr>
        <w:t xml:space="preserve"> o di piccole imprese</w:t>
      </w:r>
      <w:r w:rsidRPr="00E8516E">
        <w:rPr>
          <w:color w:val="505050"/>
          <w:sz w:val="15"/>
        </w:rPr>
        <w:t xml:space="preserve"> il codice ATECO deve essere riportato in visura camerale e classificato come primario.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84D5" w14:textId="77777777" w:rsidR="000C01AE" w:rsidRDefault="00B8246E">
    <w:pPr>
      <w:pStyle w:val="Intestazione"/>
      <w:jc w:val="center"/>
    </w:pPr>
    <w:r>
      <w:rPr>
        <w:noProof/>
      </w:rPr>
      <w:drawing>
        <wp:inline distT="0" distB="0" distL="0" distR="0" wp14:anchorId="4B68747C" wp14:editId="01498AF3">
          <wp:extent cx="6372000" cy="72546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RE04-All-2-Format Piano Aziendale_image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72000" cy="72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8345283">
    <w:abstractNumId w:val="8"/>
  </w:num>
  <w:num w:numId="2" w16cid:durableId="1932396176">
    <w:abstractNumId w:val="6"/>
  </w:num>
  <w:num w:numId="3" w16cid:durableId="1574268214">
    <w:abstractNumId w:val="5"/>
  </w:num>
  <w:num w:numId="4" w16cid:durableId="1474954911">
    <w:abstractNumId w:val="4"/>
  </w:num>
  <w:num w:numId="5" w16cid:durableId="2037808258">
    <w:abstractNumId w:val="7"/>
  </w:num>
  <w:num w:numId="6" w16cid:durableId="1004016725">
    <w:abstractNumId w:val="3"/>
  </w:num>
  <w:num w:numId="7" w16cid:durableId="1468428661">
    <w:abstractNumId w:val="2"/>
  </w:num>
  <w:num w:numId="8" w16cid:durableId="1919630337">
    <w:abstractNumId w:val="1"/>
  </w:num>
  <w:num w:numId="9" w16cid:durableId="2124304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01AE"/>
    <w:rsid w:val="0015074B"/>
    <w:rsid w:val="0029639D"/>
    <w:rsid w:val="002E4F5D"/>
    <w:rsid w:val="00326F90"/>
    <w:rsid w:val="003F2DA8"/>
    <w:rsid w:val="004A6C21"/>
    <w:rsid w:val="0072228E"/>
    <w:rsid w:val="008458B5"/>
    <w:rsid w:val="008721D6"/>
    <w:rsid w:val="008B14F8"/>
    <w:rsid w:val="00931656"/>
    <w:rsid w:val="00AA1D8D"/>
    <w:rsid w:val="00B47730"/>
    <w:rsid w:val="00B8246E"/>
    <w:rsid w:val="00BA47D2"/>
    <w:rsid w:val="00C2002B"/>
    <w:rsid w:val="00C2585E"/>
    <w:rsid w:val="00CB0664"/>
    <w:rsid w:val="00E67813"/>
    <w:rsid w:val="00E8516E"/>
    <w:rsid w:val="00EC3F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82EDDD"/>
  <w14:defaultImageDpi w14:val="300"/>
  <w15:docId w15:val="{7BBC3ABB-A7C5-427C-9400-D2C30C4AD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Palatino Linotype" w:eastAsia="Palatino Linotype" w:hAnsi="Palatino Linotype"/>
      <w:color w:val="212121"/>
      <w:sz w:val="20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Title">
    <w:name w:val="DocTitle"/>
    <w:rPr>
      <w:rFonts w:ascii="Palatino Linotype" w:eastAsia="Palatino Linotype" w:hAnsi="Palatino Linotype"/>
      <w:b/>
      <w:color w:val="1F4E79"/>
      <w:sz w:val="32"/>
    </w:rPr>
  </w:style>
  <w:style w:type="paragraph" w:customStyle="1" w:styleId="Sottotitolo1">
    <w:name w:val="Sottotitolo1"/>
    <w:rPr>
      <w:rFonts w:ascii="Palatino Linotype" w:eastAsia="Palatino Linotype" w:hAnsi="Palatino Linotype"/>
      <w:b/>
      <w:color w:val="006666"/>
    </w:rPr>
  </w:style>
  <w:style w:type="paragraph" w:customStyle="1" w:styleId="SectionHeading">
    <w:name w:val="SectionHeading"/>
    <w:rPr>
      <w:rFonts w:ascii="Palatino Linotype" w:eastAsia="Palatino Linotype" w:hAnsi="Palatino Linotype"/>
      <w:b/>
      <w:color w:val="1F4E79"/>
      <w:sz w:val="23"/>
    </w:rPr>
  </w:style>
  <w:style w:type="paragraph" w:customStyle="1" w:styleId="SmallNote">
    <w:name w:val="SmallNote"/>
    <w:rPr>
      <w:rFonts w:ascii="Palatino Linotype" w:eastAsia="Palatino Linotype" w:hAnsi="Palatino Linotype"/>
      <w:color w:val="505050"/>
      <w:sz w:val="15"/>
    </w:rPr>
  </w:style>
  <w:style w:type="paragraph" w:customStyle="1" w:styleId="Label">
    <w:name w:val="Label"/>
    <w:rPr>
      <w:rFonts w:ascii="Palatino Linotype" w:eastAsia="Palatino Linotype" w:hAnsi="Palatino Linotype"/>
      <w:b/>
      <w:color w:val="323232"/>
      <w:sz w:val="18"/>
    </w:rPr>
  </w:style>
  <w:style w:type="paragraph" w:customStyle="1" w:styleId="FieldText">
    <w:name w:val="FieldText"/>
    <w:rPr>
      <w:rFonts w:ascii="Palatino Linotype" w:eastAsia="Palatino Linotype" w:hAnsi="Palatino Linotype"/>
      <w:sz w:val="20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8516E"/>
    <w:pPr>
      <w:spacing w:after="0"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8516E"/>
    <w:rPr>
      <w:rFonts w:ascii="Palatino Linotype" w:eastAsia="Palatino Linotype" w:hAnsi="Palatino Linotype"/>
      <w:color w:val="212121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8516E"/>
    <w:rPr>
      <w:vertAlign w:val="superscript"/>
    </w:rPr>
  </w:style>
  <w:style w:type="paragraph" w:styleId="Revisione">
    <w:name w:val="Revision"/>
    <w:hidden/>
    <w:uiPriority w:val="99"/>
    <w:semiHidden/>
    <w:rsid w:val="00E67813"/>
    <w:pPr>
      <w:spacing w:after="0" w:line="240" w:lineRule="auto"/>
    </w:pPr>
    <w:rPr>
      <w:rFonts w:ascii="Palatino Linotype" w:eastAsia="Palatino Linotype" w:hAnsi="Palatino Linotype"/>
      <w:color w:val="212121"/>
      <w:sz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giga</cp:lastModifiedBy>
  <cp:revision>8</cp:revision>
  <dcterms:created xsi:type="dcterms:W3CDTF">2013-12-23T23:15:00Z</dcterms:created>
  <dcterms:modified xsi:type="dcterms:W3CDTF">2026-10-08T15:33:00Z</dcterms:modified>
  <cp:category/>
</cp:coreProperties>
</file>