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E8889" w14:textId="3AC5B96C" w:rsidR="00C64425" w:rsidRPr="00E62067" w:rsidRDefault="00E62067" w:rsidP="00E62067">
      <w:pPr>
        <w:pStyle w:val="DocTitle"/>
        <w:spacing w:before="160" w:after="40"/>
        <w:jc w:val="center"/>
        <w:rPr>
          <w:lang w:val="it-IT"/>
        </w:rPr>
      </w:pPr>
      <w:r w:rsidRPr="00E62067">
        <w:rPr>
          <w:lang w:val="it-IT"/>
        </w:rPr>
        <w:t xml:space="preserve">ALLEGATO </w:t>
      </w:r>
      <w:r w:rsidRPr="00E62067">
        <w:rPr>
          <w:lang w:val="it-IT"/>
        </w:rPr>
        <w:t>7</w:t>
      </w:r>
    </w:p>
    <w:p w14:paraId="3E38CCFB" w14:textId="77777777" w:rsidR="00C64425" w:rsidRPr="00E62067" w:rsidRDefault="00000000">
      <w:pPr>
        <w:spacing w:after="20" w:line="240" w:lineRule="auto"/>
        <w:jc w:val="center"/>
        <w:rPr>
          <w:rFonts w:ascii="Palatino Linotype" w:eastAsia="Palatino Linotype" w:hAnsi="Palatino Linotype"/>
          <w:b/>
          <w:color w:val="1F5F7A"/>
          <w:sz w:val="25"/>
          <w:lang w:val="it-IT"/>
        </w:rPr>
      </w:pPr>
      <w:r w:rsidRPr="00E62067">
        <w:rPr>
          <w:rFonts w:ascii="Palatino Linotype" w:eastAsia="Palatino Linotype" w:hAnsi="Palatino Linotype"/>
          <w:b/>
          <w:color w:val="006666"/>
          <w:sz w:val="24"/>
          <w:lang w:val="it-IT"/>
        </w:rPr>
        <w:t xml:space="preserve">AUTORIZZAZIONE DEL PROPRIETARIO ALL’ESECUZIONE DEI LAVORI SU BENI IN </w:t>
      </w:r>
      <w:r w:rsidRPr="00E62067">
        <w:rPr>
          <w:rFonts w:ascii="Palatino Linotype" w:eastAsia="Palatino Linotype" w:hAnsi="Palatino Linotype"/>
          <w:b/>
          <w:color w:val="1F5F7A"/>
          <w:sz w:val="25"/>
          <w:lang w:val="it-IT"/>
        </w:rPr>
        <w:t>PROPRIETÀ</w:t>
      </w:r>
    </w:p>
    <w:p w14:paraId="03AE436B" w14:textId="77777777" w:rsidR="00E62067" w:rsidRPr="00E62067" w:rsidRDefault="00E62067" w:rsidP="00E62067">
      <w:pPr>
        <w:jc w:val="center"/>
        <w:rPr>
          <w:lang w:val="it-IT"/>
        </w:rPr>
      </w:pPr>
      <w:r w:rsidRPr="00E62067">
        <w:rPr>
          <w:b/>
          <w:i/>
          <w:color w:val="5A5A5A"/>
          <w:sz w:val="21"/>
          <w:lang w:val="it-IT"/>
        </w:rPr>
        <w:t>SRD14 – INVESTIMENTI PRODUTTIVI NON AGRICOLI IN AREE RURALI</w:t>
      </w:r>
    </w:p>
    <w:p w14:paraId="241C9187" w14:textId="77777777" w:rsidR="00C64425" w:rsidRPr="00E62067" w:rsidRDefault="00000000" w:rsidP="005254D2">
      <w:pPr>
        <w:spacing w:after="0" w:line="240" w:lineRule="auto"/>
        <w:jc w:val="center"/>
        <w:rPr>
          <w:lang w:val="it-IT"/>
        </w:rPr>
      </w:pPr>
      <w:r w:rsidRPr="00E62067">
        <w:rPr>
          <w:b/>
          <w:i/>
          <w:color w:val="404040"/>
          <w:sz w:val="19"/>
          <w:lang w:val="it-IT"/>
        </w:rPr>
        <w:t>(a firma del proprietario/proprietari dell’immobile)</w:t>
      </w:r>
    </w:p>
    <w:p w14:paraId="7707A16F" w14:textId="77777777" w:rsidR="00C64425" w:rsidRPr="00E62067" w:rsidRDefault="00000000">
      <w:pPr>
        <w:spacing w:before="120" w:after="40" w:line="240" w:lineRule="auto"/>
        <w:rPr>
          <w:lang w:val="it-IT"/>
        </w:rPr>
      </w:pPr>
      <w:r w:rsidRPr="00E62067">
        <w:rPr>
          <w:b/>
          <w:color w:val="174A3B"/>
          <w:lang w:val="it-IT"/>
        </w:rPr>
        <w:t>Dati del proprietario / comproprietario dichiarante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7710"/>
      </w:tblGrid>
      <w:tr w:rsidR="00C64425" w:rsidRPr="00E62067" w14:paraId="0A01CD2A" w14:textId="77777777">
        <w:trPr>
          <w:trHeight w:val="351"/>
          <w:jc w:val="center"/>
        </w:trPr>
        <w:tc>
          <w:tcPr>
            <w:tcW w:w="260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C924C5" w14:textId="77777777" w:rsidR="00C64425" w:rsidRPr="00E62067" w:rsidRDefault="00000000">
            <w:pPr>
              <w:spacing w:after="0" w:line="240" w:lineRule="auto"/>
              <w:rPr>
                <w:lang w:val="it-IT"/>
              </w:rPr>
            </w:pPr>
            <w:r w:rsidRPr="00E62067">
              <w:rPr>
                <w:b/>
                <w:sz w:val="16"/>
                <w:lang w:val="it-IT"/>
              </w:rPr>
              <w:t>Nome e cognome</w:t>
            </w:r>
          </w:p>
        </w:tc>
        <w:tc>
          <w:tcPr>
            <w:tcW w:w="771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9486BD" w14:textId="77777777" w:rsidR="00C64425" w:rsidRPr="00E62067" w:rsidRDefault="00C64425">
            <w:pPr>
              <w:spacing w:after="0" w:line="240" w:lineRule="auto"/>
              <w:rPr>
                <w:lang w:val="it-IT"/>
              </w:rPr>
            </w:pPr>
          </w:p>
        </w:tc>
      </w:tr>
      <w:tr w:rsidR="00C64425" w:rsidRPr="00E62067" w14:paraId="475ABC03" w14:textId="77777777">
        <w:trPr>
          <w:trHeight w:val="351"/>
          <w:jc w:val="center"/>
        </w:trPr>
        <w:tc>
          <w:tcPr>
            <w:tcW w:w="260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288932" w14:textId="77777777" w:rsidR="00C64425" w:rsidRPr="00E62067" w:rsidRDefault="00000000">
            <w:pPr>
              <w:spacing w:after="0" w:line="240" w:lineRule="auto"/>
              <w:rPr>
                <w:lang w:val="it-IT"/>
              </w:rPr>
            </w:pPr>
            <w:r w:rsidRPr="00E62067">
              <w:rPr>
                <w:b/>
                <w:sz w:val="16"/>
                <w:lang w:val="it-IT"/>
              </w:rPr>
              <w:t>Codice fiscale</w:t>
            </w:r>
          </w:p>
        </w:tc>
        <w:tc>
          <w:tcPr>
            <w:tcW w:w="771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23FAD5" w14:textId="77777777" w:rsidR="00C64425" w:rsidRPr="00E62067" w:rsidRDefault="00C64425">
            <w:pPr>
              <w:spacing w:after="0" w:line="240" w:lineRule="auto"/>
              <w:rPr>
                <w:lang w:val="it-IT"/>
              </w:rPr>
            </w:pPr>
          </w:p>
        </w:tc>
      </w:tr>
      <w:tr w:rsidR="00C64425" w:rsidRPr="00E62067" w14:paraId="560CBFC2" w14:textId="77777777">
        <w:trPr>
          <w:trHeight w:val="351"/>
          <w:jc w:val="center"/>
        </w:trPr>
        <w:tc>
          <w:tcPr>
            <w:tcW w:w="260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EB8884" w14:textId="77777777" w:rsidR="00C64425" w:rsidRPr="00E62067" w:rsidRDefault="00000000">
            <w:pPr>
              <w:spacing w:after="0" w:line="240" w:lineRule="auto"/>
              <w:rPr>
                <w:lang w:val="it-IT"/>
              </w:rPr>
            </w:pPr>
            <w:r w:rsidRPr="00E62067">
              <w:rPr>
                <w:b/>
                <w:sz w:val="16"/>
                <w:lang w:val="it-IT"/>
              </w:rPr>
              <w:t xml:space="preserve">Nato/a </w:t>
            </w:r>
            <w:proofErr w:type="spellStart"/>
            <w:r w:rsidRPr="00E62067">
              <w:rPr>
                <w:b/>
                <w:sz w:val="16"/>
                <w:lang w:val="it-IT"/>
              </w:rPr>
              <w:t>a</w:t>
            </w:r>
            <w:proofErr w:type="spellEnd"/>
            <w:r w:rsidRPr="00E62067">
              <w:rPr>
                <w:b/>
                <w:sz w:val="16"/>
                <w:lang w:val="it-IT"/>
              </w:rPr>
              <w:t xml:space="preserve"> - il</w:t>
            </w:r>
          </w:p>
        </w:tc>
        <w:tc>
          <w:tcPr>
            <w:tcW w:w="771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E13075" w14:textId="77777777" w:rsidR="00C64425" w:rsidRPr="00E62067" w:rsidRDefault="00C64425">
            <w:pPr>
              <w:spacing w:after="0" w:line="240" w:lineRule="auto"/>
              <w:rPr>
                <w:lang w:val="it-IT"/>
              </w:rPr>
            </w:pPr>
          </w:p>
        </w:tc>
      </w:tr>
    </w:tbl>
    <w:p w14:paraId="42256BB7" w14:textId="77777777" w:rsidR="00C64425" w:rsidRPr="00E62067" w:rsidRDefault="00000000">
      <w:pPr>
        <w:spacing w:before="100" w:after="40" w:line="240" w:lineRule="auto"/>
        <w:rPr>
          <w:lang w:val="it-IT"/>
        </w:rPr>
      </w:pPr>
      <w:r w:rsidRPr="00E62067">
        <w:rPr>
          <w:b/>
          <w:color w:val="174A3B"/>
          <w:lang w:val="it-IT"/>
        </w:rPr>
        <w:t>Qualifica del dichiarante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9"/>
        <w:gridCol w:w="5159"/>
      </w:tblGrid>
      <w:tr w:rsidR="00C64425" w:rsidRPr="00E62067" w14:paraId="549CCD08" w14:textId="77777777">
        <w:trPr>
          <w:jc w:val="center"/>
        </w:trPr>
        <w:tc>
          <w:tcPr>
            <w:tcW w:w="515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9F8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0A21716" w14:textId="77777777" w:rsidR="00C64425" w:rsidRPr="00E62067" w:rsidRDefault="00000000">
            <w:pPr>
              <w:spacing w:after="0" w:line="240" w:lineRule="auto"/>
              <w:rPr>
                <w:lang w:val="it-IT"/>
              </w:rPr>
            </w:pPr>
            <w:r w:rsidRPr="00E62067">
              <w:rPr>
                <w:rFonts w:ascii="DejaVu Sans" w:eastAsia="DejaVu Sans" w:hAnsi="DejaVu Sans"/>
                <w:sz w:val="17"/>
                <w:lang w:val="it-IT"/>
              </w:rPr>
              <w:t xml:space="preserve">☐ </w:t>
            </w:r>
            <w:r w:rsidRPr="00E62067">
              <w:rPr>
                <w:sz w:val="16"/>
                <w:lang w:val="it-IT"/>
              </w:rPr>
              <w:t>Proprietario</w:t>
            </w:r>
          </w:p>
        </w:tc>
        <w:tc>
          <w:tcPr>
            <w:tcW w:w="5159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9F8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5C6508" w14:textId="77777777" w:rsidR="00C64425" w:rsidRPr="00E62067" w:rsidRDefault="00000000">
            <w:pPr>
              <w:spacing w:after="0" w:line="240" w:lineRule="auto"/>
              <w:rPr>
                <w:lang w:val="it-IT"/>
              </w:rPr>
            </w:pPr>
            <w:r w:rsidRPr="00E62067">
              <w:rPr>
                <w:rFonts w:ascii="DejaVu Sans" w:eastAsia="DejaVu Sans" w:hAnsi="DejaVu Sans"/>
                <w:sz w:val="17"/>
                <w:lang w:val="it-IT"/>
              </w:rPr>
              <w:t xml:space="preserve">☐ </w:t>
            </w:r>
            <w:r w:rsidRPr="00E62067">
              <w:rPr>
                <w:sz w:val="16"/>
                <w:lang w:val="it-IT"/>
              </w:rPr>
              <w:t>Comproprietario</w:t>
            </w:r>
          </w:p>
        </w:tc>
      </w:tr>
    </w:tbl>
    <w:p w14:paraId="1E727FAE" w14:textId="77777777" w:rsidR="00C64425" w:rsidRPr="00E62067" w:rsidRDefault="00000000">
      <w:pPr>
        <w:spacing w:before="120" w:after="40" w:line="240" w:lineRule="auto"/>
        <w:rPr>
          <w:lang w:val="it-IT"/>
        </w:rPr>
      </w:pPr>
      <w:r w:rsidRPr="00E62067">
        <w:rPr>
          <w:b/>
          <w:color w:val="174A3B"/>
          <w:lang w:val="it-IT"/>
        </w:rPr>
        <w:t>Beni immobili oggetto dell’autorizzazione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17"/>
        <w:gridCol w:w="3402"/>
        <w:gridCol w:w="1134"/>
        <w:gridCol w:w="4365"/>
      </w:tblGrid>
      <w:tr w:rsidR="00C64425" w:rsidRPr="00E62067" w14:paraId="2610DF69" w14:textId="77777777">
        <w:trPr>
          <w:trHeight w:val="351"/>
          <w:jc w:val="center"/>
        </w:trPr>
        <w:tc>
          <w:tcPr>
            <w:tcW w:w="141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98EC89" w14:textId="77777777" w:rsidR="00C64425" w:rsidRPr="00E62067" w:rsidRDefault="00000000">
            <w:pPr>
              <w:spacing w:after="0" w:line="240" w:lineRule="auto"/>
              <w:rPr>
                <w:lang w:val="it-IT"/>
              </w:rPr>
            </w:pPr>
            <w:proofErr w:type="spellStart"/>
            <w:r w:rsidRPr="00E62067">
              <w:rPr>
                <w:b/>
                <w:sz w:val="16"/>
                <w:lang w:val="it-IT"/>
              </w:rPr>
              <w:t>p.ed</w:t>
            </w:r>
            <w:proofErr w:type="spellEnd"/>
            <w:r w:rsidRPr="00E62067">
              <w:rPr>
                <w:b/>
                <w:sz w:val="16"/>
                <w:lang w:val="it-IT"/>
              </w:rPr>
              <w:t>.</w:t>
            </w:r>
          </w:p>
        </w:tc>
        <w:tc>
          <w:tcPr>
            <w:tcW w:w="3402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B711B1" w14:textId="77777777" w:rsidR="00C64425" w:rsidRPr="00E62067" w:rsidRDefault="00C64425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134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2EAFE9" w14:textId="77777777" w:rsidR="00C64425" w:rsidRPr="00E62067" w:rsidRDefault="00000000">
            <w:pPr>
              <w:spacing w:after="0" w:line="240" w:lineRule="auto"/>
              <w:rPr>
                <w:lang w:val="it-IT"/>
              </w:rPr>
            </w:pPr>
            <w:r w:rsidRPr="00E62067">
              <w:rPr>
                <w:b/>
                <w:sz w:val="16"/>
                <w:lang w:val="it-IT"/>
              </w:rPr>
              <w:t>c.c.</w:t>
            </w:r>
          </w:p>
        </w:tc>
        <w:tc>
          <w:tcPr>
            <w:tcW w:w="4365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1F33BD" w14:textId="77777777" w:rsidR="00C64425" w:rsidRPr="00E62067" w:rsidRDefault="00C64425">
            <w:pPr>
              <w:spacing w:after="0" w:line="240" w:lineRule="auto"/>
              <w:rPr>
                <w:lang w:val="it-IT"/>
              </w:rPr>
            </w:pPr>
          </w:p>
        </w:tc>
      </w:tr>
      <w:tr w:rsidR="00C64425" w:rsidRPr="00E62067" w14:paraId="205A210D" w14:textId="77777777">
        <w:trPr>
          <w:trHeight w:val="351"/>
          <w:jc w:val="center"/>
        </w:trPr>
        <w:tc>
          <w:tcPr>
            <w:tcW w:w="141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577B76" w14:textId="77777777" w:rsidR="00C64425" w:rsidRPr="00E62067" w:rsidRDefault="00000000">
            <w:pPr>
              <w:spacing w:after="0" w:line="240" w:lineRule="auto"/>
              <w:rPr>
                <w:lang w:val="it-IT"/>
              </w:rPr>
            </w:pPr>
            <w:r w:rsidRPr="00E62067">
              <w:rPr>
                <w:b/>
                <w:sz w:val="16"/>
                <w:lang w:val="it-IT"/>
              </w:rPr>
              <w:t>p.f.</w:t>
            </w:r>
          </w:p>
        </w:tc>
        <w:tc>
          <w:tcPr>
            <w:tcW w:w="3402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28402C" w14:textId="77777777" w:rsidR="00C64425" w:rsidRPr="00E62067" w:rsidRDefault="00C64425">
            <w:pPr>
              <w:spacing w:after="0" w:line="240" w:lineRule="auto"/>
              <w:rPr>
                <w:lang w:val="it-IT"/>
              </w:rPr>
            </w:pPr>
          </w:p>
        </w:tc>
        <w:tc>
          <w:tcPr>
            <w:tcW w:w="1134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32BDD1" w14:textId="77777777" w:rsidR="00C64425" w:rsidRPr="00E62067" w:rsidRDefault="00000000">
            <w:pPr>
              <w:spacing w:after="0" w:line="240" w:lineRule="auto"/>
              <w:rPr>
                <w:lang w:val="it-IT"/>
              </w:rPr>
            </w:pPr>
            <w:r w:rsidRPr="00E62067">
              <w:rPr>
                <w:b/>
                <w:sz w:val="16"/>
                <w:lang w:val="it-IT"/>
              </w:rPr>
              <w:t>c.c.</w:t>
            </w:r>
          </w:p>
        </w:tc>
        <w:tc>
          <w:tcPr>
            <w:tcW w:w="4365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A8A8A2" w14:textId="77777777" w:rsidR="00C64425" w:rsidRPr="00E62067" w:rsidRDefault="00C64425">
            <w:pPr>
              <w:spacing w:after="0" w:line="240" w:lineRule="auto"/>
              <w:rPr>
                <w:lang w:val="it-IT"/>
              </w:rPr>
            </w:pPr>
          </w:p>
        </w:tc>
      </w:tr>
      <w:tr w:rsidR="00C64425" w:rsidRPr="00E62067" w14:paraId="6D355A5F" w14:textId="77777777">
        <w:trPr>
          <w:trHeight w:val="481"/>
          <w:jc w:val="center"/>
        </w:trPr>
        <w:tc>
          <w:tcPr>
            <w:tcW w:w="1417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B2AD2A" w14:textId="77777777" w:rsidR="00C64425" w:rsidRPr="00E62067" w:rsidRDefault="00000000">
            <w:pPr>
              <w:spacing w:after="0" w:line="240" w:lineRule="auto"/>
              <w:rPr>
                <w:lang w:val="it-IT"/>
              </w:rPr>
            </w:pPr>
            <w:r w:rsidRPr="00E62067">
              <w:rPr>
                <w:b/>
                <w:sz w:val="16"/>
                <w:lang w:val="it-IT"/>
              </w:rPr>
              <w:t>Ulteriori riferimenti catastali / descrizione</w:t>
            </w:r>
          </w:p>
        </w:tc>
        <w:tc>
          <w:tcPr>
            <w:tcW w:w="8901" w:type="dxa"/>
            <w:gridSpan w:val="3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A9FC00" w14:textId="77777777" w:rsidR="00C64425" w:rsidRPr="00E62067" w:rsidRDefault="00C64425">
            <w:pPr>
              <w:spacing w:after="0" w:line="240" w:lineRule="auto"/>
              <w:rPr>
                <w:lang w:val="it-IT"/>
              </w:rPr>
            </w:pPr>
          </w:p>
        </w:tc>
      </w:tr>
    </w:tbl>
    <w:p w14:paraId="32D8EE91" w14:textId="77777777" w:rsidR="00C64425" w:rsidRPr="00E62067" w:rsidRDefault="00000000">
      <w:pPr>
        <w:spacing w:before="140" w:after="60" w:line="240" w:lineRule="auto"/>
        <w:jc w:val="center"/>
        <w:rPr>
          <w:lang w:val="it-IT"/>
        </w:rPr>
      </w:pPr>
      <w:r w:rsidRPr="00E62067">
        <w:rPr>
          <w:b/>
          <w:color w:val="174A3B"/>
          <w:sz w:val="20"/>
          <w:lang w:val="it-IT"/>
        </w:rPr>
        <w:t>AUTORIZZA</w:t>
      </w:r>
    </w:p>
    <w:p w14:paraId="4744F47C" w14:textId="77777777" w:rsidR="00C64425" w:rsidRPr="00E62067" w:rsidRDefault="00000000">
      <w:pPr>
        <w:spacing w:before="120" w:after="40" w:line="240" w:lineRule="auto"/>
        <w:rPr>
          <w:lang w:val="it-IT"/>
        </w:rPr>
      </w:pPr>
      <w:r w:rsidRPr="00E62067">
        <w:rPr>
          <w:b/>
          <w:color w:val="174A3B"/>
          <w:lang w:val="it-IT"/>
        </w:rPr>
        <w:t>Dati del soggetto autorizzato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7710"/>
      </w:tblGrid>
      <w:tr w:rsidR="00C64425" w:rsidRPr="00E62067" w14:paraId="3BE57491" w14:textId="77777777">
        <w:trPr>
          <w:trHeight w:val="351"/>
          <w:jc w:val="center"/>
        </w:trPr>
        <w:tc>
          <w:tcPr>
            <w:tcW w:w="260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6421A6" w14:textId="77777777" w:rsidR="00C64425" w:rsidRPr="00E62067" w:rsidRDefault="00000000">
            <w:pPr>
              <w:spacing w:after="0" w:line="240" w:lineRule="auto"/>
              <w:rPr>
                <w:lang w:val="it-IT"/>
              </w:rPr>
            </w:pPr>
            <w:r w:rsidRPr="00E62067">
              <w:rPr>
                <w:b/>
                <w:sz w:val="16"/>
                <w:lang w:val="it-IT"/>
              </w:rPr>
              <w:t>Nome e cognome</w:t>
            </w:r>
          </w:p>
        </w:tc>
        <w:tc>
          <w:tcPr>
            <w:tcW w:w="771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6BA6AA" w14:textId="77777777" w:rsidR="00C64425" w:rsidRPr="00E62067" w:rsidRDefault="00C64425">
            <w:pPr>
              <w:spacing w:after="0" w:line="240" w:lineRule="auto"/>
              <w:rPr>
                <w:lang w:val="it-IT"/>
              </w:rPr>
            </w:pPr>
          </w:p>
        </w:tc>
      </w:tr>
      <w:tr w:rsidR="00C64425" w:rsidRPr="00E62067" w14:paraId="06DBA1BB" w14:textId="77777777">
        <w:trPr>
          <w:trHeight w:val="351"/>
          <w:jc w:val="center"/>
        </w:trPr>
        <w:tc>
          <w:tcPr>
            <w:tcW w:w="260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B5A9FA" w14:textId="77777777" w:rsidR="00C64425" w:rsidRPr="00E62067" w:rsidRDefault="00000000">
            <w:pPr>
              <w:spacing w:after="0" w:line="240" w:lineRule="auto"/>
              <w:rPr>
                <w:lang w:val="it-IT"/>
              </w:rPr>
            </w:pPr>
            <w:r w:rsidRPr="00E62067">
              <w:rPr>
                <w:b/>
                <w:sz w:val="16"/>
                <w:lang w:val="it-IT"/>
              </w:rPr>
              <w:t>Codice fiscale</w:t>
            </w:r>
          </w:p>
        </w:tc>
        <w:tc>
          <w:tcPr>
            <w:tcW w:w="771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46CAB8" w14:textId="77777777" w:rsidR="00C64425" w:rsidRPr="00E62067" w:rsidRDefault="00C64425">
            <w:pPr>
              <w:spacing w:after="0" w:line="240" w:lineRule="auto"/>
              <w:rPr>
                <w:lang w:val="it-IT"/>
              </w:rPr>
            </w:pPr>
          </w:p>
        </w:tc>
      </w:tr>
      <w:tr w:rsidR="00C64425" w:rsidRPr="00E62067" w14:paraId="0552035D" w14:textId="77777777">
        <w:trPr>
          <w:trHeight w:val="351"/>
          <w:jc w:val="center"/>
        </w:trPr>
        <w:tc>
          <w:tcPr>
            <w:tcW w:w="2608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D82ED8" w14:textId="77777777" w:rsidR="00C64425" w:rsidRPr="00E62067" w:rsidRDefault="00000000">
            <w:pPr>
              <w:spacing w:after="0" w:line="240" w:lineRule="auto"/>
              <w:rPr>
                <w:lang w:val="it-IT"/>
              </w:rPr>
            </w:pPr>
            <w:r w:rsidRPr="00E62067">
              <w:rPr>
                <w:b/>
                <w:sz w:val="16"/>
                <w:lang w:val="it-IT"/>
              </w:rPr>
              <w:t xml:space="preserve">Nato/a </w:t>
            </w:r>
            <w:proofErr w:type="spellStart"/>
            <w:r w:rsidRPr="00E62067">
              <w:rPr>
                <w:b/>
                <w:sz w:val="16"/>
                <w:lang w:val="it-IT"/>
              </w:rPr>
              <w:t>a</w:t>
            </w:r>
            <w:proofErr w:type="spellEnd"/>
            <w:r w:rsidRPr="00E62067">
              <w:rPr>
                <w:b/>
                <w:sz w:val="16"/>
                <w:lang w:val="it-IT"/>
              </w:rPr>
              <w:t xml:space="preserve"> - il</w:t>
            </w:r>
          </w:p>
        </w:tc>
        <w:tc>
          <w:tcPr>
            <w:tcW w:w="771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89D8E1" w14:textId="77777777" w:rsidR="00C64425" w:rsidRPr="00E62067" w:rsidRDefault="00C64425">
            <w:pPr>
              <w:spacing w:after="0" w:line="240" w:lineRule="auto"/>
              <w:rPr>
                <w:lang w:val="it-IT"/>
              </w:rPr>
            </w:pPr>
          </w:p>
        </w:tc>
      </w:tr>
    </w:tbl>
    <w:p w14:paraId="3657AF2C" w14:textId="77777777" w:rsidR="00C64425" w:rsidRPr="00E62067" w:rsidRDefault="00000000">
      <w:pPr>
        <w:spacing w:before="100" w:after="40" w:line="240" w:lineRule="auto"/>
        <w:rPr>
          <w:lang w:val="it-IT"/>
        </w:rPr>
      </w:pPr>
      <w:r w:rsidRPr="00E62067">
        <w:rPr>
          <w:b/>
          <w:color w:val="174A3B"/>
          <w:lang w:val="it-IT"/>
        </w:rPr>
        <w:t>Qualifica del soggetto autorizzato</w:t>
      </w:r>
    </w:p>
    <w:tbl>
      <w:tblPr>
        <w:tblW w:w="10431" w:type="dxa"/>
        <w:jc w:val="center"/>
        <w:tblLayout w:type="fixed"/>
        <w:tblLook w:val="04A0" w:firstRow="1" w:lastRow="0" w:firstColumn="1" w:lastColumn="0" w:noHBand="0" w:noVBand="1"/>
      </w:tblPr>
      <w:tblGrid>
        <w:gridCol w:w="2721"/>
        <w:gridCol w:w="7710"/>
      </w:tblGrid>
      <w:tr w:rsidR="00C64425" w:rsidRPr="00E62067" w14:paraId="3082D8E7" w14:textId="77777777" w:rsidTr="005254D2">
        <w:trPr>
          <w:jc w:val="center"/>
        </w:trPr>
        <w:tc>
          <w:tcPr>
            <w:tcW w:w="2721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9F8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CE80127" w14:textId="77777777" w:rsidR="00C64425" w:rsidRPr="00E62067" w:rsidRDefault="00000000">
            <w:pPr>
              <w:spacing w:after="0" w:line="240" w:lineRule="auto"/>
              <w:rPr>
                <w:lang w:val="it-IT"/>
              </w:rPr>
            </w:pPr>
            <w:r w:rsidRPr="00E62067">
              <w:rPr>
                <w:rFonts w:ascii="DejaVu Sans" w:eastAsia="DejaVu Sans" w:hAnsi="DejaVu Sans"/>
                <w:sz w:val="17"/>
                <w:lang w:val="it-IT"/>
              </w:rPr>
              <w:t xml:space="preserve">☐ </w:t>
            </w:r>
            <w:r w:rsidRPr="00E62067">
              <w:rPr>
                <w:sz w:val="16"/>
                <w:lang w:val="it-IT"/>
              </w:rPr>
              <w:t>Legale rappresentante</w:t>
            </w:r>
          </w:p>
        </w:tc>
        <w:tc>
          <w:tcPr>
            <w:tcW w:w="771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F7F9F8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4B810AA9" w14:textId="77777777" w:rsidR="00C64425" w:rsidRPr="00E62067" w:rsidRDefault="00000000">
            <w:pPr>
              <w:spacing w:after="0" w:line="240" w:lineRule="auto"/>
              <w:rPr>
                <w:lang w:val="it-IT"/>
              </w:rPr>
            </w:pPr>
            <w:r w:rsidRPr="00E62067">
              <w:rPr>
                <w:rFonts w:ascii="DejaVu Sans" w:eastAsia="DejaVu Sans" w:hAnsi="DejaVu Sans"/>
                <w:sz w:val="17"/>
                <w:lang w:val="it-IT"/>
              </w:rPr>
              <w:t xml:space="preserve">☐ </w:t>
            </w:r>
            <w:r w:rsidRPr="00E62067">
              <w:rPr>
                <w:sz w:val="16"/>
                <w:lang w:val="it-IT"/>
              </w:rPr>
              <w:t>Altro (specificare) ______________________________</w:t>
            </w:r>
          </w:p>
        </w:tc>
      </w:tr>
      <w:tr w:rsidR="00C64425" w:rsidRPr="00E62067" w14:paraId="428A91EE" w14:textId="77777777" w:rsidTr="005254D2">
        <w:trPr>
          <w:trHeight w:val="340"/>
          <w:jc w:val="center"/>
        </w:trPr>
        <w:tc>
          <w:tcPr>
            <w:tcW w:w="2721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C7D1CA" w14:textId="77777777" w:rsidR="00C64425" w:rsidRPr="00E62067" w:rsidRDefault="00000000">
            <w:pPr>
              <w:spacing w:after="0" w:line="240" w:lineRule="auto"/>
              <w:rPr>
                <w:lang w:val="it-IT"/>
              </w:rPr>
            </w:pPr>
            <w:r w:rsidRPr="00E62067">
              <w:rPr>
                <w:b/>
                <w:sz w:val="16"/>
                <w:lang w:val="it-IT"/>
              </w:rPr>
              <w:t>Ragione sociale</w:t>
            </w:r>
          </w:p>
        </w:tc>
        <w:tc>
          <w:tcPr>
            <w:tcW w:w="771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C7EAE1" w14:textId="77777777" w:rsidR="00C64425" w:rsidRPr="00E62067" w:rsidRDefault="00C64425">
            <w:pPr>
              <w:spacing w:after="0" w:line="240" w:lineRule="auto"/>
              <w:rPr>
                <w:lang w:val="it-IT"/>
              </w:rPr>
            </w:pPr>
          </w:p>
        </w:tc>
      </w:tr>
      <w:tr w:rsidR="00C64425" w:rsidRPr="00E62067" w14:paraId="309AD908" w14:textId="77777777" w:rsidTr="005254D2">
        <w:trPr>
          <w:trHeight w:val="340"/>
          <w:jc w:val="center"/>
        </w:trPr>
        <w:tc>
          <w:tcPr>
            <w:tcW w:w="2721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0D2948" w14:textId="77777777" w:rsidR="00C64425" w:rsidRPr="00E62067" w:rsidRDefault="00000000">
            <w:pPr>
              <w:spacing w:after="0" w:line="240" w:lineRule="auto"/>
              <w:rPr>
                <w:lang w:val="it-IT"/>
              </w:rPr>
            </w:pPr>
            <w:r w:rsidRPr="00E62067">
              <w:rPr>
                <w:b/>
                <w:sz w:val="16"/>
                <w:lang w:val="it-IT"/>
              </w:rPr>
              <w:t>Partita IVA</w:t>
            </w:r>
          </w:p>
        </w:tc>
        <w:tc>
          <w:tcPr>
            <w:tcW w:w="771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F5967B" w14:textId="77777777" w:rsidR="00C64425" w:rsidRPr="00E62067" w:rsidRDefault="00C64425">
            <w:pPr>
              <w:spacing w:after="0" w:line="240" w:lineRule="auto"/>
              <w:rPr>
                <w:lang w:val="it-IT"/>
              </w:rPr>
            </w:pPr>
          </w:p>
        </w:tc>
      </w:tr>
      <w:tr w:rsidR="00C64425" w:rsidRPr="00E62067" w14:paraId="4B5F2E4D" w14:textId="77777777" w:rsidTr="005254D2">
        <w:trPr>
          <w:trHeight w:val="340"/>
          <w:jc w:val="center"/>
        </w:trPr>
        <w:tc>
          <w:tcPr>
            <w:tcW w:w="2721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shd w:val="clear" w:color="auto" w:fill="EEF4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84D469" w14:textId="77777777" w:rsidR="00C64425" w:rsidRPr="00E62067" w:rsidRDefault="00000000">
            <w:pPr>
              <w:spacing w:after="0" w:line="240" w:lineRule="auto"/>
              <w:rPr>
                <w:lang w:val="it-IT"/>
              </w:rPr>
            </w:pPr>
            <w:r w:rsidRPr="00E62067">
              <w:rPr>
                <w:b/>
                <w:sz w:val="16"/>
                <w:lang w:val="it-IT"/>
              </w:rPr>
              <w:t>Con sede in</w:t>
            </w:r>
          </w:p>
        </w:tc>
        <w:tc>
          <w:tcPr>
            <w:tcW w:w="7710" w:type="dxa"/>
            <w:tcBorders>
              <w:top w:val="single" w:sz="5" w:space="0" w:color="6F7F7B"/>
              <w:left w:val="single" w:sz="5" w:space="0" w:color="6F7F7B"/>
              <w:bottom w:val="single" w:sz="5" w:space="0" w:color="6F7F7B"/>
              <w:right w:val="single" w:sz="5" w:space="0" w:color="6F7F7B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D58514" w14:textId="77777777" w:rsidR="00C64425" w:rsidRPr="00E62067" w:rsidRDefault="00C64425">
            <w:pPr>
              <w:spacing w:after="0" w:line="240" w:lineRule="auto"/>
              <w:rPr>
                <w:lang w:val="it-IT"/>
              </w:rPr>
            </w:pPr>
          </w:p>
        </w:tc>
      </w:tr>
    </w:tbl>
    <w:p w14:paraId="1D80183E" w14:textId="77777777" w:rsidR="00C64425" w:rsidRPr="00E62067" w:rsidRDefault="00000000">
      <w:pPr>
        <w:spacing w:before="80" w:after="40" w:line="240" w:lineRule="auto"/>
        <w:rPr>
          <w:lang w:val="it-IT"/>
        </w:rPr>
      </w:pPr>
      <w:r w:rsidRPr="00E62067">
        <w:rPr>
          <w:b/>
          <w:color w:val="1F5F7A"/>
          <w:sz w:val="17"/>
          <w:lang w:val="it-IT"/>
        </w:rPr>
        <w:t>Lavori autorizzati (specificare il titolo dell’intervento)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02"/>
      </w:tblGrid>
      <w:tr w:rsidR="00C64425" w:rsidRPr="00E62067" w14:paraId="58E0B17B" w14:textId="77777777" w:rsidTr="00E62067">
        <w:trPr>
          <w:trHeight w:val="991"/>
          <w:jc w:val="center"/>
        </w:trPr>
        <w:tc>
          <w:tcPr>
            <w:tcW w:w="10602" w:type="dxa"/>
            <w:tcBorders>
              <w:top w:val="single" w:sz="5" w:space="0" w:color="9A9A9A"/>
              <w:left w:val="single" w:sz="5" w:space="0" w:color="9A9A9A"/>
              <w:bottom w:val="single" w:sz="5" w:space="0" w:color="9A9A9A"/>
              <w:right w:val="single" w:sz="5" w:space="0" w:color="9A9A9A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62EB4F3" w14:textId="77777777" w:rsidR="00C64425" w:rsidRPr="00E62067" w:rsidRDefault="00C64425">
            <w:pPr>
              <w:rPr>
                <w:lang w:val="it-IT"/>
              </w:rPr>
            </w:pPr>
          </w:p>
        </w:tc>
      </w:tr>
    </w:tbl>
    <w:p w14:paraId="3F05A868" w14:textId="77777777" w:rsidR="00C64425" w:rsidRPr="00E62067" w:rsidRDefault="00000000">
      <w:pPr>
        <w:spacing w:before="60" w:after="100" w:line="240" w:lineRule="auto"/>
        <w:rPr>
          <w:lang w:val="it-IT"/>
        </w:rPr>
      </w:pPr>
      <w:r w:rsidRPr="00E62067">
        <w:rPr>
          <w:b/>
          <w:sz w:val="17"/>
          <w:lang w:val="it-IT"/>
        </w:rPr>
        <w:t>che interessano i beni in proprietà sopra riportati.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59"/>
        <w:gridCol w:w="5159"/>
      </w:tblGrid>
      <w:tr w:rsidR="00C64425" w:rsidRPr="00E62067" w14:paraId="32AACA51" w14:textId="77777777">
        <w:trPr>
          <w:jc w:val="center"/>
        </w:trPr>
        <w:tc>
          <w:tcPr>
            <w:tcW w:w="515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1A66C3" w14:textId="77777777" w:rsidR="00C64425" w:rsidRPr="00E62067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E62067">
              <w:rPr>
                <w:b/>
                <w:sz w:val="17"/>
                <w:lang w:val="it-IT"/>
              </w:rPr>
              <w:t>Luogo e data</w:t>
            </w:r>
          </w:p>
        </w:tc>
        <w:tc>
          <w:tcPr>
            <w:tcW w:w="515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E51D89" w14:textId="77777777" w:rsidR="00C64425" w:rsidRPr="00E62067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E62067">
              <w:rPr>
                <w:b/>
                <w:sz w:val="17"/>
                <w:lang w:val="it-IT"/>
              </w:rPr>
              <w:t>Firma del dichiarante</w:t>
            </w:r>
          </w:p>
        </w:tc>
      </w:tr>
      <w:tr w:rsidR="00C64425" w:rsidRPr="00E62067" w14:paraId="7BE6A940" w14:textId="77777777">
        <w:trPr>
          <w:jc w:val="center"/>
        </w:trPr>
        <w:tc>
          <w:tcPr>
            <w:tcW w:w="515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204C15" w14:textId="77777777" w:rsidR="00C64425" w:rsidRPr="00E62067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E62067">
              <w:rPr>
                <w:sz w:val="17"/>
                <w:lang w:val="it-IT"/>
              </w:rPr>
              <w:t>________________________________________</w:t>
            </w:r>
          </w:p>
        </w:tc>
        <w:tc>
          <w:tcPr>
            <w:tcW w:w="5159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13A67C" w14:textId="77777777" w:rsidR="00C64425" w:rsidRPr="00E62067" w:rsidRDefault="00000000">
            <w:pPr>
              <w:spacing w:after="0" w:line="240" w:lineRule="auto"/>
              <w:jc w:val="center"/>
              <w:rPr>
                <w:lang w:val="it-IT"/>
              </w:rPr>
            </w:pPr>
            <w:r w:rsidRPr="00E62067">
              <w:rPr>
                <w:sz w:val="17"/>
                <w:lang w:val="it-IT"/>
              </w:rPr>
              <w:t>________________________________________</w:t>
            </w:r>
          </w:p>
        </w:tc>
      </w:tr>
    </w:tbl>
    <w:p w14:paraId="783F2EE8" w14:textId="77777777" w:rsidR="00D403DD" w:rsidRPr="00E62067" w:rsidRDefault="00D403DD" w:rsidP="00E62067">
      <w:pPr>
        <w:rPr>
          <w:sz w:val="2"/>
          <w:szCs w:val="2"/>
          <w:lang w:val="it-IT"/>
        </w:rPr>
      </w:pPr>
    </w:p>
    <w:sectPr w:rsidR="00D403DD" w:rsidRPr="00E62067" w:rsidSect="00034616">
      <w:headerReference w:type="default" r:id="rId8"/>
      <w:footerReference w:type="default" r:id="rId9"/>
      <w:pgSz w:w="11906" w:h="16838"/>
      <w:pgMar w:top="652" w:right="652" w:bottom="595" w:left="652" w:header="159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4033C" w14:textId="77777777" w:rsidR="005944A8" w:rsidRDefault="005944A8">
      <w:pPr>
        <w:spacing w:after="0" w:line="240" w:lineRule="auto"/>
      </w:pPr>
      <w:r>
        <w:separator/>
      </w:r>
    </w:p>
  </w:endnote>
  <w:endnote w:type="continuationSeparator" w:id="0">
    <w:p w14:paraId="015F02C9" w14:textId="77777777" w:rsidR="005944A8" w:rsidRDefault="00594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900D6" w14:textId="77777777" w:rsidR="00C64425" w:rsidRDefault="00C64425">
    <w:pPr>
      <w:pStyle w:val="Pidipagina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701"/>
      <w:gridCol w:w="6463"/>
      <w:gridCol w:w="2154"/>
    </w:tblGrid>
    <w:tr w:rsidR="00C64425" w14:paraId="34553D96" w14:textId="77777777">
      <w:trPr>
        <w:jc w:val="center"/>
      </w:trPr>
      <w:tc>
        <w:tcPr>
          <w:tcW w:w="1701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20D20343" w14:textId="77777777" w:rsidR="00C64425" w:rsidRDefault="00000000">
          <w:r>
            <w:rPr>
              <w:noProof/>
            </w:rPr>
            <w:drawing>
              <wp:inline distT="0" distB="0" distL="0" distR="0" wp14:anchorId="354E4D3F" wp14:editId="17F63AAA">
                <wp:extent cx="882000" cy="352602"/>
                <wp:effectExtent l="0" t="0" r="0" b="0"/>
                <wp:docPr id="90509665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2000" cy="3526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63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33D3DBEF" w14:textId="77777777" w:rsidR="00C64425" w:rsidRDefault="00000000">
          <w:pPr>
            <w:spacing w:after="0" w:line="240" w:lineRule="auto"/>
            <w:jc w:val="center"/>
          </w:pPr>
          <w:r>
            <w:rPr>
              <w:color w:val="3C3C3C"/>
              <w:sz w:val="14"/>
            </w:rPr>
            <w:t xml:space="preserve">Via </w:t>
          </w:r>
          <w:proofErr w:type="spellStart"/>
          <w:r>
            <w:rPr>
              <w:color w:val="3C3C3C"/>
              <w:sz w:val="14"/>
            </w:rPr>
            <w:t>dei</w:t>
          </w:r>
          <w:proofErr w:type="spellEnd"/>
          <w:r>
            <w:rPr>
              <w:color w:val="3C3C3C"/>
              <w:sz w:val="14"/>
            </w:rPr>
            <w:t xml:space="preserve"> Longobardi </w:t>
          </w:r>
          <w:proofErr w:type="spellStart"/>
          <w:r>
            <w:rPr>
              <w:color w:val="3C3C3C"/>
              <w:sz w:val="14"/>
            </w:rPr>
            <w:t>snc</w:t>
          </w:r>
          <w:proofErr w:type="spellEnd"/>
          <w:r>
            <w:rPr>
              <w:color w:val="3C3C3C"/>
              <w:sz w:val="14"/>
            </w:rPr>
            <w:t xml:space="preserve"> - c/o Sala </w:t>
          </w:r>
          <w:proofErr w:type="spellStart"/>
          <w:r>
            <w:rPr>
              <w:color w:val="3C3C3C"/>
              <w:sz w:val="14"/>
            </w:rPr>
            <w:t>Consiliare</w:t>
          </w:r>
          <w:proofErr w:type="spellEnd"/>
          <w:r>
            <w:rPr>
              <w:color w:val="3C3C3C"/>
              <w:sz w:val="14"/>
            </w:rPr>
            <w:br/>
            <w:t>87020 Santa Maria del Cedro (CS)</w:t>
          </w:r>
          <w:r>
            <w:rPr>
              <w:color w:val="3C3C3C"/>
              <w:sz w:val="14"/>
            </w:rPr>
            <w:br/>
            <w:t>info@galcedri.it - galcedri@pec.it</w:t>
          </w:r>
        </w:p>
      </w:tc>
      <w:tc>
        <w:tcPr>
          <w:tcW w:w="2154" w:type="dxa"/>
          <w:tcBorders>
            <w:top w:val="single" w:sz="10" w:space="0" w:color="1F5F7A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  <w:vAlign w:val="center"/>
        </w:tcPr>
        <w:p w14:paraId="61A93B4F" w14:textId="77777777" w:rsidR="00C64425" w:rsidRDefault="00000000">
          <w:pPr>
            <w:jc w:val="right"/>
          </w:pPr>
          <w:r>
            <w:rPr>
              <w:color w:val="3C3C3C"/>
              <w:sz w:val="16"/>
            </w:rPr>
            <w:t xml:space="preserve">Pag.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PAGE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1</w:t>
          </w:r>
          <w:r>
            <w:rPr>
              <w:sz w:val="16"/>
            </w:rPr>
            <w:fldChar w:fldCharType="end"/>
          </w:r>
          <w:r>
            <w:rPr>
              <w:color w:val="3C3C3C"/>
              <w:sz w:val="16"/>
            </w:rPr>
            <w:t xml:space="preserve"> di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NUMPAGES</w:instrText>
          </w:r>
          <w:r>
            <w:rPr>
              <w:sz w:val="16"/>
            </w:rPr>
            <w:fldChar w:fldCharType="separate"/>
          </w:r>
          <w:r>
            <w:rPr>
              <w:sz w:val="16"/>
            </w:rPr>
            <w:t>1</w:t>
          </w:r>
          <w:r>
            <w:rPr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FF47E" w14:textId="77777777" w:rsidR="005944A8" w:rsidRDefault="005944A8">
      <w:pPr>
        <w:spacing w:after="0" w:line="240" w:lineRule="auto"/>
      </w:pPr>
      <w:r>
        <w:separator/>
      </w:r>
    </w:p>
  </w:footnote>
  <w:footnote w:type="continuationSeparator" w:id="0">
    <w:p w14:paraId="2F559953" w14:textId="77777777" w:rsidR="005944A8" w:rsidRDefault="005944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95D69" w14:textId="77777777" w:rsidR="00C64425" w:rsidRDefault="00000000">
    <w:pPr>
      <w:pStyle w:val="Intestazione"/>
      <w:jc w:val="center"/>
    </w:pPr>
    <w:r>
      <w:rPr>
        <w:noProof/>
      </w:rPr>
      <w:drawing>
        <wp:inline distT="0" distB="0" distL="0" distR="0" wp14:anchorId="7DC24A9A" wp14:editId="21B4EF55">
          <wp:extent cx="6552000" cy="74595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52000" cy="7459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7528171">
    <w:abstractNumId w:val="8"/>
  </w:num>
  <w:num w:numId="2" w16cid:durableId="1588229112">
    <w:abstractNumId w:val="6"/>
  </w:num>
  <w:num w:numId="3" w16cid:durableId="471406030">
    <w:abstractNumId w:val="5"/>
  </w:num>
  <w:num w:numId="4" w16cid:durableId="662389431">
    <w:abstractNumId w:val="4"/>
  </w:num>
  <w:num w:numId="5" w16cid:durableId="621347033">
    <w:abstractNumId w:val="7"/>
  </w:num>
  <w:num w:numId="6" w16cid:durableId="836968906">
    <w:abstractNumId w:val="3"/>
  </w:num>
  <w:num w:numId="7" w16cid:durableId="989362736">
    <w:abstractNumId w:val="2"/>
  </w:num>
  <w:num w:numId="8" w16cid:durableId="1506818892">
    <w:abstractNumId w:val="1"/>
  </w:num>
  <w:num w:numId="9" w16cid:durableId="130365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254D2"/>
    <w:rsid w:val="005944A8"/>
    <w:rsid w:val="008B14F8"/>
    <w:rsid w:val="00AA1D8D"/>
    <w:rsid w:val="00B47730"/>
    <w:rsid w:val="00C64425"/>
    <w:rsid w:val="00CB0664"/>
    <w:rsid w:val="00D403DD"/>
    <w:rsid w:val="00E62067"/>
    <w:rsid w:val="00F878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ADFF26"/>
  <w14:defaultImageDpi w14:val="300"/>
  <w15:docId w15:val="{7BBC3ABB-A7C5-427C-9400-D2C30C4A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eastAsia="Arial" w:hAnsi="Arial"/>
      <w:color w:val="232323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174A3B"/>
      <w:sz w:val="24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74A3B"/>
      <w:sz w:val="20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74A3B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rsid w:val="00E62067"/>
    <w:rPr>
      <w:rFonts w:ascii="Palatino Linotype" w:eastAsia="Palatino Linotype" w:hAnsi="Palatino Linotype"/>
      <w:b/>
      <w:color w:val="1F4E79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830</Characters>
  <Application>Microsoft Office Word</Application>
  <DocSecurity>0</DocSecurity>
  <Lines>16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Domenico Amoroso</cp:lastModifiedBy>
  <cp:revision>3</cp:revision>
  <dcterms:created xsi:type="dcterms:W3CDTF">2013-12-23T23:15:00Z</dcterms:created>
  <dcterms:modified xsi:type="dcterms:W3CDTF">2026-05-26T14:54:00Z</dcterms:modified>
  <cp:category/>
</cp:coreProperties>
</file>