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5498" w14:textId="0871C487" w:rsidR="004779F7" w:rsidRPr="004779F7" w:rsidRDefault="004779F7" w:rsidP="004779F7">
      <w:pPr>
        <w:pStyle w:val="DocTitle"/>
        <w:spacing w:before="160" w:after="40"/>
        <w:jc w:val="center"/>
        <w:rPr>
          <w:lang w:val="it-IT"/>
        </w:rPr>
      </w:pPr>
      <w:r w:rsidRPr="004779F7">
        <w:rPr>
          <w:lang w:val="it-IT"/>
        </w:rPr>
        <w:t xml:space="preserve">ALLEGATO </w:t>
      </w:r>
      <w:r w:rsidRPr="004779F7">
        <w:rPr>
          <w:lang w:val="it-IT"/>
        </w:rPr>
        <w:t>6</w:t>
      </w:r>
    </w:p>
    <w:p w14:paraId="1336F78A" w14:textId="77777777" w:rsidR="00F660C8" w:rsidRPr="004779F7" w:rsidRDefault="00000000" w:rsidP="004779F7">
      <w:pPr>
        <w:pStyle w:val="Sottotitolo1"/>
        <w:spacing w:after="160"/>
        <w:jc w:val="center"/>
        <w:rPr>
          <w:sz w:val="24"/>
          <w:lang w:val="it-IT"/>
        </w:rPr>
      </w:pPr>
      <w:r w:rsidRPr="004779F7">
        <w:rPr>
          <w:sz w:val="24"/>
          <w:lang w:val="it-IT"/>
        </w:rPr>
        <w:t>RELAZIONE DI SCELTA DEL PREVENTIVO UNICO</w:t>
      </w:r>
    </w:p>
    <w:p w14:paraId="15C5DBC7" w14:textId="77777777" w:rsidR="004779F7" w:rsidRPr="004779F7" w:rsidRDefault="00000000" w:rsidP="004779F7">
      <w:pPr>
        <w:jc w:val="center"/>
        <w:rPr>
          <w:lang w:val="it-IT"/>
        </w:rPr>
      </w:pPr>
      <w:r w:rsidRPr="004779F7">
        <w:rPr>
          <w:b/>
          <w:i/>
          <w:color w:val="404040"/>
          <w:sz w:val="19"/>
          <w:lang w:val="it-IT"/>
        </w:rPr>
        <w:t>PER ACQUISTO DI BENI ALTAMENTE SPECIALIZZATI PER I QUALI NON SIA POSSIBILE REPERIRE O UTILIZZARE UNO O PIÙ FORNITORI</w:t>
      </w:r>
      <w:r w:rsidRPr="004779F7">
        <w:rPr>
          <w:b/>
          <w:i/>
          <w:color w:val="404040"/>
          <w:sz w:val="19"/>
          <w:lang w:val="it-IT"/>
        </w:rPr>
        <w:br/>
      </w:r>
      <w:r w:rsidR="004779F7" w:rsidRPr="004779F7">
        <w:rPr>
          <w:b/>
          <w:i/>
          <w:color w:val="5A5A5A"/>
          <w:sz w:val="21"/>
          <w:lang w:val="it-IT"/>
        </w:rPr>
        <w:t>SRD14 – INVESTIMENTI PRODUTTIVI NON AGRICOLI IN AREE RURALI</w:t>
      </w:r>
    </w:p>
    <w:p w14:paraId="3EC320A8" w14:textId="23CF7508" w:rsidR="00F660C8" w:rsidRPr="004779F7" w:rsidRDefault="00000000">
      <w:pPr>
        <w:spacing w:after="160" w:line="240" w:lineRule="auto"/>
        <w:jc w:val="center"/>
        <w:rPr>
          <w:lang w:val="it-IT"/>
        </w:rPr>
      </w:pPr>
      <w:r w:rsidRPr="004779F7">
        <w:rPr>
          <w:b/>
          <w:i/>
          <w:color w:val="404040"/>
          <w:sz w:val="19"/>
          <w:lang w:val="it-IT"/>
        </w:rPr>
        <w:t>(a firma del tecnico qualificato)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3"/>
        <w:gridCol w:w="3487"/>
        <w:gridCol w:w="396"/>
        <w:gridCol w:w="3883"/>
        <w:gridCol w:w="3091"/>
        <w:gridCol w:w="792"/>
      </w:tblGrid>
      <w:tr w:rsidR="00F660C8" w:rsidRPr="004779F7" w14:paraId="15039599" w14:textId="77777777">
        <w:trPr>
          <w:trHeight w:val="328"/>
          <w:jc w:val="center"/>
        </w:trPr>
        <w:tc>
          <w:tcPr>
            <w:tcW w:w="7766" w:type="dxa"/>
            <w:gridSpan w:val="3"/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C8975C" w14:textId="77777777" w:rsidR="00F660C8" w:rsidRPr="004779F7" w:rsidRDefault="00000000">
            <w:pPr>
              <w:spacing w:after="0" w:line="240" w:lineRule="auto"/>
              <w:rPr>
                <w:lang w:val="it-IT"/>
              </w:rPr>
            </w:pPr>
            <w:r w:rsidRPr="004779F7">
              <w:rPr>
                <w:b/>
                <w:sz w:val="15"/>
                <w:lang w:val="it-IT"/>
              </w:rPr>
              <w:t>OGGETTO DEL PREVENTIVO</w:t>
            </w:r>
          </w:p>
        </w:tc>
        <w:tc>
          <w:tcPr>
            <w:tcW w:w="7766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638574" w14:textId="77777777" w:rsidR="00F660C8" w:rsidRPr="004779F7" w:rsidRDefault="00F660C8">
            <w:pPr>
              <w:spacing w:after="0" w:line="240" w:lineRule="auto"/>
              <w:rPr>
                <w:lang w:val="it-IT"/>
              </w:rPr>
            </w:pPr>
          </w:p>
        </w:tc>
      </w:tr>
      <w:tr w:rsidR="00F660C8" w:rsidRPr="004779F7" w14:paraId="778C1BD1" w14:textId="77777777">
        <w:trPr>
          <w:trHeight w:val="351"/>
          <w:jc w:val="center"/>
        </w:trPr>
        <w:tc>
          <w:tcPr>
            <w:tcW w:w="7766" w:type="dxa"/>
            <w:gridSpan w:val="3"/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EDBFC" w14:textId="77777777" w:rsidR="00F660C8" w:rsidRPr="004779F7" w:rsidRDefault="00000000">
            <w:pPr>
              <w:spacing w:after="0" w:line="240" w:lineRule="auto"/>
              <w:rPr>
                <w:lang w:val="it-IT"/>
              </w:rPr>
            </w:pPr>
            <w:r w:rsidRPr="004779F7">
              <w:rPr>
                <w:b/>
                <w:sz w:val="15"/>
                <w:lang w:val="it-IT"/>
              </w:rPr>
              <w:t>Eventuale descrizione sintetica</w:t>
            </w:r>
          </w:p>
        </w:tc>
        <w:tc>
          <w:tcPr>
            <w:tcW w:w="7766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9A1E61" w14:textId="77777777" w:rsidR="00F660C8" w:rsidRPr="004779F7" w:rsidRDefault="00F660C8">
            <w:pPr>
              <w:spacing w:after="0" w:line="240" w:lineRule="auto"/>
              <w:rPr>
                <w:lang w:val="it-IT"/>
              </w:rPr>
            </w:pPr>
          </w:p>
        </w:tc>
      </w:tr>
      <w:tr w:rsidR="00F660C8" w:rsidRPr="004779F7" w14:paraId="04D11CF1" w14:textId="77777777">
        <w:trPr>
          <w:trHeight w:val="396"/>
          <w:jc w:val="center"/>
        </w:trPr>
        <w:tc>
          <w:tcPr>
            <w:tcW w:w="3883" w:type="dxa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4240D" w14:textId="77777777" w:rsidR="00F660C8" w:rsidRPr="004779F7" w:rsidRDefault="00F660C8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3883" w:type="dxa"/>
            <w:gridSpan w:val="2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B7DBC5" w14:textId="77777777" w:rsidR="00F660C8" w:rsidRPr="004779F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4779F7">
              <w:rPr>
                <w:b/>
                <w:sz w:val="14"/>
                <w:lang w:val="it-IT"/>
              </w:rPr>
              <w:t>Ditta fornitrice</w:t>
            </w:r>
          </w:p>
        </w:tc>
        <w:tc>
          <w:tcPr>
            <w:tcW w:w="3883" w:type="dxa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76CE43" w14:textId="77777777" w:rsidR="00F660C8" w:rsidRPr="004779F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4779F7">
              <w:rPr>
                <w:b/>
                <w:sz w:val="14"/>
                <w:lang w:val="it-IT"/>
              </w:rPr>
              <w:t>Data richiesta preventivo¹</w:t>
            </w:r>
          </w:p>
        </w:tc>
        <w:tc>
          <w:tcPr>
            <w:tcW w:w="3883" w:type="dxa"/>
            <w:gridSpan w:val="2"/>
            <w:shd w:val="clear" w:color="auto" w:fill="E4EE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D3B4EF" w14:textId="77777777" w:rsidR="00F660C8" w:rsidRPr="004779F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4779F7">
              <w:rPr>
                <w:b/>
                <w:sz w:val="14"/>
                <w:lang w:val="it-IT"/>
              </w:rPr>
              <w:t>Importo totale del preventivo (esclusa IVA)</w:t>
            </w:r>
          </w:p>
        </w:tc>
      </w:tr>
      <w:tr w:rsidR="00F660C8" w:rsidRPr="004779F7" w14:paraId="5EA095BF" w14:textId="77777777">
        <w:trPr>
          <w:trHeight w:val="374"/>
          <w:jc w:val="center"/>
        </w:trPr>
        <w:tc>
          <w:tcPr>
            <w:tcW w:w="3883" w:type="dxa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4FF8D4" w14:textId="77777777" w:rsidR="00F660C8" w:rsidRPr="004779F7" w:rsidRDefault="00000000">
            <w:pPr>
              <w:spacing w:after="0" w:line="240" w:lineRule="auto"/>
              <w:rPr>
                <w:lang w:val="it-IT"/>
              </w:rPr>
            </w:pPr>
            <w:r w:rsidRPr="004779F7">
              <w:rPr>
                <w:b/>
                <w:sz w:val="15"/>
                <w:lang w:val="it-IT"/>
              </w:rPr>
              <w:t>Preventivo unico</w:t>
            </w: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9CE75" w14:textId="77777777" w:rsidR="00F660C8" w:rsidRPr="004779F7" w:rsidRDefault="00F660C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2387E" w14:textId="77777777" w:rsidR="00F660C8" w:rsidRPr="004779F7" w:rsidRDefault="00F660C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388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E1961" w14:textId="77777777" w:rsidR="00F660C8" w:rsidRPr="004779F7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4779F7">
              <w:rPr>
                <w:sz w:val="14"/>
                <w:lang w:val="it-IT"/>
              </w:rPr>
              <w:t>€</w:t>
            </w:r>
          </w:p>
        </w:tc>
      </w:tr>
      <w:tr w:rsidR="00F660C8" w:rsidRPr="004779F7" w14:paraId="2A544527" w14:textId="77777777">
        <w:trPr>
          <w:trHeight w:val="442"/>
          <w:jc w:val="center"/>
        </w:trPr>
        <w:tc>
          <w:tcPr>
            <w:tcW w:w="15532" w:type="dxa"/>
            <w:gridSpan w:val="6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DB5CC" w14:textId="77777777" w:rsidR="00F660C8" w:rsidRPr="004779F7" w:rsidRDefault="00000000">
            <w:pPr>
              <w:spacing w:after="0" w:line="240" w:lineRule="auto"/>
              <w:rPr>
                <w:lang w:val="it-IT"/>
              </w:rPr>
            </w:pPr>
            <w:r w:rsidRPr="004779F7">
              <w:rPr>
                <w:b/>
                <w:sz w:val="14"/>
                <w:lang w:val="it-IT"/>
              </w:rPr>
              <w:t>Motivazione della scelta del preventivo unico, con indicazione delle ragioni che giustificano l’impossibilità di individuare altre ditte concorrenti in grado di fornire i beni oggetto del finanziamento, indipendentemente dal valore del bene o della fornitura da acquistare.</w:t>
            </w:r>
          </w:p>
        </w:tc>
      </w:tr>
      <w:tr w:rsidR="00F660C8" w:rsidRPr="004779F7" w14:paraId="223FD95A" w14:textId="77777777">
        <w:trPr>
          <w:trHeight w:val="1105"/>
          <w:jc w:val="center"/>
        </w:trPr>
        <w:tc>
          <w:tcPr>
            <w:tcW w:w="15532" w:type="dxa"/>
            <w:gridSpan w:val="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DAE2C" w14:textId="77777777" w:rsidR="00F660C8" w:rsidRPr="004779F7" w:rsidRDefault="00000000">
            <w:pPr>
              <w:spacing w:after="0" w:line="240" w:lineRule="auto"/>
              <w:rPr>
                <w:lang w:val="it-IT"/>
              </w:rPr>
            </w:pPr>
            <w:r w:rsidRPr="004779F7">
              <w:rPr>
                <w:b/>
                <w:color w:val="888888"/>
                <w:sz w:val="14"/>
                <w:lang w:val="it-IT"/>
              </w:rPr>
              <w:t>Descrizione delle motivazioni</w:t>
            </w:r>
          </w:p>
        </w:tc>
      </w:tr>
      <w:tr w:rsidR="00F660C8" w:rsidRPr="004779F7" w14:paraId="49F28245" w14:textId="77777777">
        <w:trPr>
          <w:trHeight w:val="442"/>
          <w:jc w:val="center"/>
        </w:trPr>
        <w:tc>
          <w:tcPr>
            <w:tcW w:w="15532" w:type="dxa"/>
            <w:gridSpan w:val="6"/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225D8" w14:textId="77777777" w:rsidR="00F660C8" w:rsidRPr="004779F7" w:rsidRDefault="00000000">
            <w:pPr>
              <w:spacing w:after="0" w:line="240" w:lineRule="auto"/>
              <w:rPr>
                <w:lang w:val="it-IT"/>
              </w:rPr>
            </w:pPr>
            <w:r w:rsidRPr="004779F7">
              <w:rPr>
                <w:sz w:val="14"/>
                <w:lang w:val="it-IT"/>
              </w:rPr>
              <w:t>A giustificazione del preventivo unico per acquisizioni di beni altamente specializzati per i quali non sia possibile reperire o utilizzare più fornitori, allegare copia del curriculum vitae del tecnico qualificato, dalla quale sia possibile desumere la competenza dello stesso in riferimento ai beni altamente specializzati.</w:t>
            </w:r>
          </w:p>
        </w:tc>
      </w:tr>
      <w:tr w:rsidR="004779F7" w:rsidRPr="004779F7" w14:paraId="45CE0BEB" w14:textId="77777777">
        <w:trPr>
          <w:gridAfter w:val="1"/>
          <w:wAfter w:w="792" w:type="dxa"/>
          <w:jc w:val="center"/>
        </w:trPr>
        <w:tc>
          <w:tcPr>
            <w:tcW w:w="737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E80F7" w14:textId="61AA7241" w:rsidR="004779F7" w:rsidRPr="004779F7" w:rsidRDefault="004779F7" w:rsidP="004779F7">
            <w:pPr>
              <w:jc w:val="center"/>
              <w:rPr>
                <w:lang w:val="it-IT"/>
              </w:rPr>
            </w:pPr>
            <w:r w:rsidRPr="00946A92">
              <w:rPr>
                <w:b/>
                <w:bCs/>
                <w:lang w:val="it-IT"/>
              </w:rPr>
              <w:t>Luogo e data</w:t>
            </w:r>
          </w:p>
        </w:tc>
        <w:tc>
          <w:tcPr>
            <w:tcW w:w="7370" w:type="dxa"/>
            <w:gridSpan w:val="3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268BCD" w14:textId="77777777" w:rsidR="004779F7" w:rsidRPr="004779F7" w:rsidRDefault="004779F7" w:rsidP="004779F7">
            <w:pPr>
              <w:spacing w:after="0" w:line="240" w:lineRule="auto"/>
              <w:jc w:val="center"/>
              <w:rPr>
                <w:lang w:val="it-IT"/>
              </w:rPr>
            </w:pPr>
            <w:r w:rsidRPr="004779F7">
              <w:rPr>
                <w:b/>
                <w:sz w:val="17"/>
                <w:lang w:val="it-IT"/>
              </w:rPr>
              <w:t>Timbro e firma del tecnico qualificato</w:t>
            </w:r>
          </w:p>
        </w:tc>
      </w:tr>
      <w:tr w:rsidR="004779F7" w:rsidRPr="004779F7" w14:paraId="48338390" w14:textId="77777777">
        <w:trPr>
          <w:gridAfter w:val="1"/>
          <w:wAfter w:w="792" w:type="dxa"/>
          <w:jc w:val="center"/>
        </w:trPr>
        <w:tc>
          <w:tcPr>
            <w:tcW w:w="737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AC050D" w14:textId="77777777" w:rsidR="004779F7" w:rsidRPr="004779F7" w:rsidRDefault="004779F7" w:rsidP="004779F7">
            <w:pPr>
              <w:spacing w:after="0" w:line="240" w:lineRule="auto"/>
              <w:jc w:val="center"/>
              <w:rPr>
                <w:lang w:val="it-IT"/>
              </w:rPr>
            </w:pPr>
            <w:r w:rsidRPr="004779F7">
              <w:rPr>
                <w:sz w:val="17"/>
                <w:lang w:val="it-IT"/>
              </w:rPr>
              <w:t>________________________________________</w:t>
            </w:r>
          </w:p>
        </w:tc>
        <w:tc>
          <w:tcPr>
            <w:tcW w:w="7370" w:type="dxa"/>
            <w:gridSpan w:val="3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A6C8F" w14:textId="77777777" w:rsidR="004779F7" w:rsidRPr="004779F7" w:rsidRDefault="004779F7" w:rsidP="004779F7">
            <w:pPr>
              <w:spacing w:after="0" w:line="240" w:lineRule="auto"/>
              <w:jc w:val="center"/>
              <w:rPr>
                <w:lang w:val="it-IT"/>
              </w:rPr>
            </w:pPr>
            <w:r w:rsidRPr="004779F7">
              <w:rPr>
                <w:sz w:val="17"/>
                <w:lang w:val="it-IT"/>
              </w:rPr>
              <w:t>________________________________________</w:t>
            </w:r>
          </w:p>
        </w:tc>
      </w:tr>
    </w:tbl>
    <w:p w14:paraId="7B4B0E70" w14:textId="61839C3F" w:rsidR="00F660C8" w:rsidRPr="004779F7" w:rsidRDefault="00F660C8" w:rsidP="004779F7">
      <w:pPr>
        <w:spacing w:before="60" w:after="20" w:line="228" w:lineRule="auto"/>
        <w:jc w:val="both"/>
        <w:rPr>
          <w:lang w:val="it-IT"/>
        </w:rPr>
      </w:pPr>
    </w:p>
    <w:sectPr w:rsidR="00F660C8" w:rsidRPr="004779F7" w:rsidSect="00034616">
      <w:headerReference w:type="default" r:id="rId8"/>
      <w:footerReference w:type="default" r:id="rId9"/>
      <w:pgSz w:w="16838" w:h="11906" w:orient="landscape"/>
      <w:pgMar w:top="652" w:right="652" w:bottom="595" w:left="652" w:header="15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C1D21" w14:textId="77777777" w:rsidR="00004C4C" w:rsidRDefault="00004C4C">
      <w:pPr>
        <w:spacing w:after="0" w:line="240" w:lineRule="auto"/>
      </w:pPr>
      <w:r>
        <w:separator/>
      </w:r>
    </w:p>
  </w:endnote>
  <w:endnote w:type="continuationSeparator" w:id="0">
    <w:p w14:paraId="5D5C8377" w14:textId="77777777" w:rsidR="00004C4C" w:rsidRDefault="00004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A9C4" w14:textId="77777777" w:rsidR="00F660C8" w:rsidRDefault="00F660C8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10998"/>
      <w:gridCol w:w="2154"/>
    </w:tblGrid>
    <w:tr w:rsidR="00F660C8" w14:paraId="1C741304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33F9780E" w14:textId="77777777" w:rsidR="00F660C8" w:rsidRDefault="00000000">
          <w:r>
            <w:rPr>
              <w:noProof/>
            </w:rPr>
            <w:drawing>
              <wp:inline distT="0" distB="0" distL="0" distR="0" wp14:anchorId="423855D8" wp14:editId="06421305">
                <wp:extent cx="882000" cy="352602"/>
                <wp:effectExtent l="0" t="0" r="0" b="0"/>
                <wp:docPr id="34109670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352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98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047F7F3D" w14:textId="77777777" w:rsidR="00F660C8" w:rsidRDefault="00000000">
          <w:pPr>
            <w:spacing w:after="0" w:line="240" w:lineRule="auto"/>
            <w:jc w:val="center"/>
          </w:pPr>
          <w:r>
            <w:rPr>
              <w:color w:val="3C3C3C"/>
              <w:sz w:val="14"/>
            </w:rPr>
            <w:t xml:space="preserve">Via </w:t>
          </w:r>
          <w:proofErr w:type="spellStart"/>
          <w:r>
            <w:rPr>
              <w:color w:val="3C3C3C"/>
              <w:sz w:val="14"/>
            </w:rPr>
            <w:t>dei</w:t>
          </w:r>
          <w:proofErr w:type="spellEnd"/>
          <w:r>
            <w:rPr>
              <w:color w:val="3C3C3C"/>
              <w:sz w:val="14"/>
            </w:rPr>
            <w:t xml:space="preserve"> Longobardi </w:t>
          </w:r>
          <w:proofErr w:type="spellStart"/>
          <w:r>
            <w:rPr>
              <w:color w:val="3C3C3C"/>
              <w:sz w:val="14"/>
            </w:rPr>
            <w:t>snc</w:t>
          </w:r>
          <w:proofErr w:type="spellEnd"/>
          <w:r>
            <w:rPr>
              <w:color w:val="3C3C3C"/>
              <w:sz w:val="14"/>
            </w:rPr>
            <w:t xml:space="preserve"> - c/o Sala </w:t>
          </w:r>
          <w:proofErr w:type="spellStart"/>
          <w:r>
            <w:rPr>
              <w:color w:val="3C3C3C"/>
              <w:sz w:val="14"/>
            </w:rPr>
            <w:t>Consiliare</w:t>
          </w:r>
          <w:proofErr w:type="spellEnd"/>
          <w:r>
            <w:rPr>
              <w:color w:val="3C3C3C"/>
              <w:sz w:val="14"/>
            </w:rPr>
            <w:br/>
            <w:t>87020 Santa Maria del Cedro (CS)</w:t>
          </w:r>
          <w:r>
            <w:rPr>
              <w:color w:val="3C3C3C"/>
              <w:sz w:val="14"/>
            </w:rPr>
            <w:br/>
            <w:t>info@galcedri.it - galcedri@pec.it</w:t>
          </w:r>
        </w:p>
      </w:tc>
      <w:tc>
        <w:tcPr>
          <w:tcW w:w="2154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2A410BF2" w14:textId="77777777" w:rsidR="00F660C8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F481A" w14:textId="77777777" w:rsidR="00004C4C" w:rsidRDefault="00004C4C">
      <w:pPr>
        <w:spacing w:after="0" w:line="240" w:lineRule="auto"/>
      </w:pPr>
      <w:r>
        <w:separator/>
      </w:r>
    </w:p>
  </w:footnote>
  <w:footnote w:type="continuationSeparator" w:id="0">
    <w:p w14:paraId="6D0CB586" w14:textId="77777777" w:rsidR="00004C4C" w:rsidRDefault="00004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D5531" w14:textId="77777777" w:rsidR="00F660C8" w:rsidRDefault="00000000">
    <w:pPr>
      <w:pStyle w:val="Intestazione"/>
      <w:jc w:val="center"/>
    </w:pPr>
    <w:r>
      <w:rPr>
        <w:noProof/>
      </w:rPr>
      <w:drawing>
        <wp:inline distT="0" distB="0" distL="0" distR="0" wp14:anchorId="2D3AD903" wp14:editId="45A4114B">
          <wp:extent cx="7380000" cy="8402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0000" cy="8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7858736">
    <w:abstractNumId w:val="8"/>
  </w:num>
  <w:num w:numId="2" w16cid:durableId="550773931">
    <w:abstractNumId w:val="6"/>
  </w:num>
  <w:num w:numId="3" w16cid:durableId="1252662390">
    <w:abstractNumId w:val="5"/>
  </w:num>
  <w:num w:numId="4" w16cid:durableId="1024869156">
    <w:abstractNumId w:val="4"/>
  </w:num>
  <w:num w:numId="5" w16cid:durableId="906458829">
    <w:abstractNumId w:val="7"/>
  </w:num>
  <w:num w:numId="6" w16cid:durableId="718671916">
    <w:abstractNumId w:val="3"/>
  </w:num>
  <w:num w:numId="7" w16cid:durableId="588663584">
    <w:abstractNumId w:val="2"/>
  </w:num>
  <w:num w:numId="8" w16cid:durableId="90324827">
    <w:abstractNumId w:val="1"/>
  </w:num>
  <w:num w:numId="9" w16cid:durableId="37855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C4C"/>
    <w:rsid w:val="00034616"/>
    <w:rsid w:val="0006063C"/>
    <w:rsid w:val="0015074B"/>
    <w:rsid w:val="0029639D"/>
    <w:rsid w:val="00326F90"/>
    <w:rsid w:val="004779F7"/>
    <w:rsid w:val="00AA1D8D"/>
    <w:rsid w:val="00B47730"/>
    <w:rsid w:val="00CB0664"/>
    <w:rsid w:val="00F660C8"/>
    <w:rsid w:val="00F87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400016"/>
  <w14:defaultImageDpi w14:val="300"/>
  <w15:docId w15:val="{E9F8D689-3722-4215-801D-BFDAEB17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3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3B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3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sid w:val="004779F7"/>
    <w:rPr>
      <w:rFonts w:ascii="Palatino Linotype" w:eastAsia="Palatino Linotype" w:hAnsi="Palatino Linotype"/>
      <w:b/>
      <w:color w:val="1F4E79"/>
      <w:sz w:val="32"/>
    </w:rPr>
  </w:style>
  <w:style w:type="paragraph" w:customStyle="1" w:styleId="Sottotitolo1">
    <w:name w:val="Sottotitolo1"/>
    <w:rsid w:val="004779F7"/>
    <w:rPr>
      <w:rFonts w:ascii="Palatino Linotype" w:eastAsia="Palatino Linotype" w:hAnsi="Palatino Linotype"/>
      <w:b/>
      <w:color w:val="00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1036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2</cp:revision>
  <dcterms:created xsi:type="dcterms:W3CDTF">2013-12-23T23:15:00Z</dcterms:created>
  <dcterms:modified xsi:type="dcterms:W3CDTF">2026-05-26T14:53:00Z</dcterms:modified>
  <cp:category/>
</cp:coreProperties>
</file>