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D661" w14:textId="069DD2ED" w:rsidR="00F9677E" w:rsidRPr="00946A92" w:rsidRDefault="00946A92" w:rsidP="00946A92">
      <w:pPr>
        <w:pStyle w:val="DocTitle"/>
        <w:spacing w:before="160" w:after="40"/>
        <w:jc w:val="center"/>
        <w:rPr>
          <w:lang w:val="it-IT"/>
        </w:rPr>
      </w:pPr>
      <w:r w:rsidRPr="00946A92">
        <w:rPr>
          <w:lang w:val="it-IT"/>
        </w:rPr>
        <w:t xml:space="preserve">ALLEGATO </w:t>
      </w:r>
      <w:r w:rsidRPr="00946A92">
        <w:rPr>
          <w:lang w:val="it-IT"/>
        </w:rPr>
        <w:t>5</w:t>
      </w:r>
    </w:p>
    <w:p w14:paraId="2C4938E8" w14:textId="77777777" w:rsidR="00F9677E" w:rsidRDefault="00000000" w:rsidP="00946A92">
      <w:pPr>
        <w:pStyle w:val="Sottotitolo1"/>
        <w:spacing w:after="160"/>
        <w:jc w:val="center"/>
        <w:rPr>
          <w:sz w:val="24"/>
          <w:lang w:val="it-IT"/>
        </w:rPr>
      </w:pPr>
      <w:r w:rsidRPr="00946A92">
        <w:rPr>
          <w:sz w:val="24"/>
          <w:lang w:val="it-IT"/>
        </w:rPr>
        <w:t>RELAZIONE DI SCELTA DEI PREVENTIVI DI SPESA</w:t>
      </w:r>
    </w:p>
    <w:p w14:paraId="4AC7DA2F" w14:textId="77777777" w:rsidR="00946A92" w:rsidRPr="00A5700B" w:rsidRDefault="00946A92" w:rsidP="00946A92">
      <w:pPr>
        <w:jc w:val="center"/>
        <w:rPr>
          <w:lang w:val="it-IT"/>
        </w:rPr>
      </w:pPr>
      <w:r w:rsidRPr="00A5700B">
        <w:rPr>
          <w:b/>
          <w:i/>
          <w:color w:val="5A5A5A"/>
          <w:sz w:val="21"/>
          <w:lang w:val="it-IT"/>
        </w:rPr>
        <w:t>SR</w:t>
      </w:r>
      <w:r>
        <w:rPr>
          <w:b/>
          <w:i/>
          <w:color w:val="5A5A5A"/>
          <w:sz w:val="21"/>
          <w:lang w:val="it-IT"/>
        </w:rPr>
        <w:t>D1</w:t>
      </w:r>
      <w:r w:rsidRPr="00A5700B">
        <w:rPr>
          <w:b/>
          <w:i/>
          <w:color w:val="5A5A5A"/>
          <w:sz w:val="21"/>
          <w:lang w:val="it-IT"/>
        </w:rPr>
        <w:t xml:space="preserve">4 – </w:t>
      </w:r>
      <w:r>
        <w:rPr>
          <w:b/>
          <w:i/>
          <w:color w:val="5A5A5A"/>
          <w:sz w:val="21"/>
          <w:lang w:val="it-IT"/>
        </w:rPr>
        <w:t>INVESTIMENTI PRODUTTIVI NON AGRICOLI IN AREE RURALI</w:t>
      </w:r>
    </w:p>
    <w:p w14:paraId="1018E4E4" w14:textId="77777777" w:rsidR="00F9677E" w:rsidRPr="00946A92" w:rsidRDefault="00000000">
      <w:pPr>
        <w:spacing w:after="160" w:line="240" w:lineRule="auto"/>
        <w:jc w:val="center"/>
        <w:rPr>
          <w:lang w:val="it-IT"/>
        </w:rPr>
      </w:pPr>
      <w:r w:rsidRPr="00946A92">
        <w:rPr>
          <w:b/>
          <w:i/>
          <w:color w:val="404040"/>
          <w:sz w:val="19"/>
          <w:lang w:val="it-IT"/>
        </w:rPr>
        <w:t>(a firma del legale rappresentante della domanda di aiuto)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3"/>
        <w:gridCol w:w="3487"/>
        <w:gridCol w:w="396"/>
        <w:gridCol w:w="3883"/>
        <w:gridCol w:w="3091"/>
        <w:gridCol w:w="792"/>
      </w:tblGrid>
      <w:tr w:rsidR="00F9677E" w:rsidRPr="00946A92" w14:paraId="7FEF3391" w14:textId="77777777">
        <w:trPr>
          <w:trHeight w:val="328"/>
          <w:jc w:val="center"/>
        </w:trPr>
        <w:tc>
          <w:tcPr>
            <w:tcW w:w="7766" w:type="dxa"/>
            <w:gridSpan w:val="3"/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11B2AE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OGGETTO DEL PREVENTIVO</w:t>
            </w:r>
          </w:p>
        </w:tc>
        <w:tc>
          <w:tcPr>
            <w:tcW w:w="7766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08B5D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</w:tr>
      <w:tr w:rsidR="00F9677E" w:rsidRPr="00946A92" w14:paraId="03B57D9F" w14:textId="77777777">
        <w:trPr>
          <w:trHeight w:val="351"/>
          <w:jc w:val="center"/>
        </w:trPr>
        <w:tc>
          <w:tcPr>
            <w:tcW w:w="7766" w:type="dxa"/>
            <w:gridSpan w:val="3"/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A3824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Descrizione sintetica della fornitura</w:t>
            </w:r>
          </w:p>
        </w:tc>
        <w:tc>
          <w:tcPr>
            <w:tcW w:w="7766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68774C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</w:tr>
      <w:tr w:rsidR="00F9677E" w:rsidRPr="00946A92" w14:paraId="258AF404" w14:textId="77777777">
        <w:trPr>
          <w:trHeight w:val="396"/>
          <w:jc w:val="center"/>
        </w:trPr>
        <w:tc>
          <w:tcPr>
            <w:tcW w:w="3883" w:type="dxa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A0FC86" w14:textId="77777777" w:rsidR="00F9677E" w:rsidRPr="00946A92" w:rsidRDefault="00F9677E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3883" w:type="dxa"/>
            <w:gridSpan w:val="2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490A0" w14:textId="77777777" w:rsidR="00F9677E" w:rsidRPr="00946A92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946A92">
              <w:rPr>
                <w:b/>
                <w:sz w:val="14"/>
                <w:lang w:val="it-IT"/>
              </w:rPr>
              <w:t>Ditta fornitrice</w:t>
            </w:r>
          </w:p>
        </w:tc>
        <w:tc>
          <w:tcPr>
            <w:tcW w:w="3883" w:type="dxa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2D0BD6" w14:textId="77777777" w:rsidR="00F9677E" w:rsidRPr="00946A92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946A92">
              <w:rPr>
                <w:b/>
                <w:sz w:val="14"/>
                <w:lang w:val="it-IT"/>
              </w:rPr>
              <w:t>Data richiesta preventivo¹</w:t>
            </w:r>
          </w:p>
        </w:tc>
        <w:tc>
          <w:tcPr>
            <w:tcW w:w="3883" w:type="dxa"/>
            <w:gridSpan w:val="2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BF60D" w14:textId="77777777" w:rsidR="00F9677E" w:rsidRPr="00946A92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946A92">
              <w:rPr>
                <w:b/>
                <w:sz w:val="14"/>
                <w:lang w:val="it-IT"/>
              </w:rPr>
              <w:t>Importo totale del preventivo (esclusa IVA)</w:t>
            </w:r>
          </w:p>
        </w:tc>
      </w:tr>
      <w:tr w:rsidR="00F9677E" w:rsidRPr="00946A92" w14:paraId="6D85D86D" w14:textId="77777777">
        <w:trPr>
          <w:trHeight w:val="351"/>
          <w:jc w:val="center"/>
        </w:trPr>
        <w:tc>
          <w:tcPr>
            <w:tcW w:w="3883" w:type="dxa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C00622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Preventivo 1</w:t>
            </w: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B8278A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D17CCD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D89A3" w14:textId="77777777" w:rsidR="00F9677E" w:rsidRPr="00946A92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946A92">
              <w:rPr>
                <w:sz w:val="14"/>
                <w:lang w:val="it-IT"/>
              </w:rPr>
              <w:t>€</w:t>
            </w:r>
          </w:p>
        </w:tc>
      </w:tr>
      <w:tr w:rsidR="00F9677E" w:rsidRPr="00946A92" w14:paraId="1AE5A3A2" w14:textId="77777777">
        <w:trPr>
          <w:trHeight w:val="351"/>
          <w:jc w:val="center"/>
        </w:trPr>
        <w:tc>
          <w:tcPr>
            <w:tcW w:w="3883" w:type="dxa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CBFDD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Preventivo 2</w:t>
            </w: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E95B46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F6C09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08CC7" w14:textId="77777777" w:rsidR="00F9677E" w:rsidRPr="00946A92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946A92">
              <w:rPr>
                <w:sz w:val="14"/>
                <w:lang w:val="it-IT"/>
              </w:rPr>
              <w:t>€</w:t>
            </w:r>
          </w:p>
        </w:tc>
      </w:tr>
      <w:tr w:rsidR="00F9677E" w:rsidRPr="00946A92" w14:paraId="4789DF25" w14:textId="77777777">
        <w:trPr>
          <w:trHeight w:val="351"/>
          <w:jc w:val="center"/>
        </w:trPr>
        <w:tc>
          <w:tcPr>
            <w:tcW w:w="3883" w:type="dxa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C3428F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Preventivo 3</w:t>
            </w: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D5771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706EAE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2E0E1" w14:textId="77777777" w:rsidR="00F9677E" w:rsidRPr="00946A92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946A92">
              <w:rPr>
                <w:sz w:val="14"/>
                <w:lang w:val="it-IT"/>
              </w:rPr>
              <w:t>€</w:t>
            </w:r>
          </w:p>
        </w:tc>
      </w:tr>
      <w:tr w:rsidR="00F9677E" w:rsidRPr="00946A92" w14:paraId="6241819C" w14:textId="77777777">
        <w:trPr>
          <w:trHeight w:val="396"/>
          <w:jc w:val="center"/>
        </w:trPr>
        <w:tc>
          <w:tcPr>
            <w:tcW w:w="11649" w:type="dxa"/>
            <w:gridSpan w:val="4"/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26C41" w14:textId="77777777" w:rsidR="00F9677E" w:rsidRPr="00946A92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Importo preventivo scelto</w:t>
            </w: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3FBCFA" w14:textId="77777777" w:rsidR="00F9677E" w:rsidRPr="00946A92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946A92">
              <w:rPr>
                <w:sz w:val="15"/>
                <w:lang w:val="it-IT"/>
              </w:rPr>
              <w:t>€</w:t>
            </w:r>
          </w:p>
        </w:tc>
      </w:tr>
      <w:tr w:rsidR="00F9677E" w:rsidRPr="00946A92" w14:paraId="19CD170B" w14:textId="77777777">
        <w:trPr>
          <w:trHeight w:val="328"/>
          <w:jc w:val="center"/>
        </w:trPr>
        <w:tc>
          <w:tcPr>
            <w:tcW w:w="15532" w:type="dxa"/>
            <w:gridSpan w:val="6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161FC2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5"/>
                <w:lang w:val="it-IT"/>
              </w:rPr>
              <w:t>Da compilare solamente nel caso di scelta dell’offerta non corrispondente a quella più economica</w:t>
            </w:r>
          </w:p>
        </w:tc>
      </w:tr>
      <w:tr w:rsidR="00F9677E" w:rsidRPr="00946A92" w14:paraId="4353EE90" w14:textId="77777777" w:rsidTr="00946A92">
        <w:trPr>
          <w:trHeight w:val="586"/>
          <w:jc w:val="center"/>
        </w:trPr>
        <w:tc>
          <w:tcPr>
            <w:tcW w:w="3883" w:type="dxa"/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9B1FF" w14:textId="77777777" w:rsidR="00F9677E" w:rsidRPr="00946A92" w:rsidRDefault="00000000">
            <w:pPr>
              <w:spacing w:after="0" w:line="240" w:lineRule="auto"/>
              <w:rPr>
                <w:lang w:val="it-IT"/>
              </w:rPr>
            </w:pPr>
            <w:r w:rsidRPr="00946A92">
              <w:rPr>
                <w:b/>
                <w:sz w:val="14"/>
                <w:lang w:val="it-IT"/>
              </w:rPr>
              <w:t>Motivazione della scelta del preventivo non corrispondente a quello più economico</w:t>
            </w:r>
          </w:p>
        </w:tc>
        <w:tc>
          <w:tcPr>
            <w:tcW w:w="11649" w:type="dxa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2E7BE5" w14:textId="77777777" w:rsidR="00F9677E" w:rsidRPr="00946A92" w:rsidRDefault="00F9677E">
            <w:pPr>
              <w:spacing w:after="0" w:line="240" w:lineRule="auto"/>
              <w:rPr>
                <w:lang w:val="it-IT"/>
              </w:rPr>
            </w:pPr>
          </w:p>
        </w:tc>
      </w:tr>
      <w:tr w:rsidR="00F9677E" w:rsidRPr="00946A92" w14:paraId="5ECF6AA4" w14:textId="77777777">
        <w:trPr>
          <w:gridAfter w:val="1"/>
          <w:wAfter w:w="792" w:type="dxa"/>
          <w:jc w:val="center"/>
        </w:trPr>
        <w:tc>
          <w:tcPr>
            <w:tcW w:w="737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3246F3" w14:textId="77777777" w:rsidR="00F9677E" w:rsidRPr="00946A92" w:rsidRDefault="00F9677E" w:rsidP="00946A92">
            <w:pPr>
              <w:rPr>
                <w:b/>
                <w:bCs/>
                <w:lang w:val="it-IT"/>
              </w:rPr>
            </w:pPr>
          </w:p>
          <w:p w14:paraId="35A3D702" w14:textId="61B515AB" w:rsidR="00946A92" w:rsidRPr="00946A92" w:rsidRDefault="00946A92" w:rsidP="00946A92">
            <w:pPr>
              <w:jc w:val="center"/>
              <w:rPr>
                <w:b/>
                <w:bCs/>
                <w:lang w:val="it-IT"/>
              </w:rPr>
            </w:pPr>
            <w:r w:rsidRPr="00946A92">
              <w:rPr>
                <w:b/>
                <w:bCs/>
                <w:lang w:val="it-IT"/>
              </w:rPr>
              <w:t>Luogo e data</w:t>
            </w:r>
          </w:p>
        </w:tc>
        <w:tc>
          <w:tcPr>
            <w:tcW w:w="7370" w:type="dxa"/>
            <w:gridSpan w:val="3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7C40D0" w14:textId="77777777" w:rsidR="00F9677E" w:rsidRPr="00946A92" w:rsidRDefault="00000000">
            <w:pPr>
              <w:spacing w:after="0" w:line="240" w:lineRule="auto"/>
              <w:jc w:val="center"/>
              <w:rPr>
                <w:b/>
                <w:bCs/>
                <w:lang w:val="it-IT"/>
              </w:rPr>
            </w:pPr>
            <w:r w:rsidRPr="00946A92">
              <w:rPr>
                <w:b/>
                <w:bCs/>
                <w:sz w:val="17"/>
                <w:lang w:val="it-IT"/>
              </w:rPr>
              <w:t>Firma del dichiarante</w:t>
            </w:r>
          </w:p>
        </w:tc>
      </w:tr>
      <w:tr w:rsidR="00F9677E" w:rsidRPr="00946A92" w14:paraId="0D7EC364" w14:textId="77777777">
        <w:trPr>
          <w:gridAfter w:val="1"/>
          <w:wAfter w:w="792" w:type="dxa"/>
          <w:jc w:val="center"/>
        </w:trPr>
        <w:tc>
          <w:tcPr>
            <w:tcW w:w="737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AF1D0" w14:textId="77777777" w:rsidR="00F9677E" w:rsidRPr="00946A92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946A92">
              <w:rPr>
                <w:sz w:val="17"/>
                <w:lang w:val="it-IT"/>
              </w:rPr>
              <w:t>________________________________________</w:t>
            </w:r>
          </w:p>
        </w:tc>
        <w:tc>
          <w:tcPr>
            <w:tcW w:w="7370" w:type="dxa"/>
            <w:gridSpan w:val="3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BA968" w14:textId="77777777" w:rsidR="00F9677E" w:rsidRPr="00946A92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946A92">
              <w:rPr>
                <w:sz w:val="17"/>
                <w:lang w:val="it-IT"/>
              </w:rPr>
              <w:t>________________________________________</w:t>
            </w:r>
          </w:p>
        </w:tc>
      </w:tr>
    </w:tbl>
    <w:p w14:paraId="531A872D" w14:textId="62EE0D5D" w:rsidR="00F9677E" w:rsidRPr="00946A92" w:rsidRDefault="00F9677E" w:rsidP="00EA2945">
      <w:pPr>
        <w:spacing w:before="60" w:after="20" w:line="228" w:lineRule="auto"/>
        <w:jc w:val="both"/>
        <w:rPr>
          <w:lang w:val="it-IT"/>
        </w:rPr>
      </w:pPr>
    </w:p>
    <w:sectPr w:rsidR="00F9677E" w:rsidRPr="00946A92" w:rsidSect="00034616">
      <w:headerReference w:type="default" r:id="rId8"/>
      <w:footerReference w:type="default" r:id="rId9"/>
      <w:pgSz w:w="16838" w:h="11906" w:orient="landscape"/>
      <w:pgMar w:top="652" w:right="652" w:bottom="595" w:left="652" w:header="15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BE96" w14:textId="77777777" w:rsidR="00C95028" w:rsidRDefault="00C95028">
      <w:pPr>
        <w:spacing w:after="0" w:line="240" w:lineRule="auto"/>
      </w:pPr>
      <w:r>
        <w:separator/>
      </w:r>
    </w:p>
  </w:endnote>
  <w:endnote w:type="continuationSeparator" w:id="0">
    <w:p w14:paraId="2973A61D" w14:textId="77777777" w:rsidR="00C95028" w:rsidRDefault="00C9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6373" w14:textId="77777777" w:rsidR="00F9677E" w:rsidRDefault="00F9677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10998"/>
      <w:gridCol w:w="2154"/>
    </w:tblGrid>
    <w:tr w:rsidR="00F9677E" w14:paraId="370CF140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676926B0" w14:textId="77777777" w:rsidR="00F9677E" w:rsidRDefault="00000000">
          <w:r>
            <w:rPr>
              <w:noProof/>
            </w:rPr>
            <w:drawing>
              <wp:inline distT="0" distB="0" distL="0" distR="0" wp14:anchorId="3CF76570" wp14:editId="79FB4344">
                <wp:extent cx="882000" cy="352602"/>
                <wp:effectExtent l="0" t="0" r="0" b="0"/>
                <wp:docPr id="185186992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352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98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47FE2E11" w14:textId="77777777" w:rsidR="00F9677E" w:rsidRDefault="00000000">
          <w:pPr>
            <w:spacing w:after="0" w:line="240" w:lineRule="auto"/>
            <w:jc w:val="center"/>
          </w:pPr>
          <w:r>
            <w:rPr>
              <w:color w:val="3C3C3C"/>
              <w:sz w:val="14"/>
            </w:rPr>
            <w:t xml:space="preserve">Via </w:t>
          </w:r>
          <w:proofErr w:type="spellStart"/>
          <w:r>
            <w:rPr>
              <w:color w:val="3C3C3C"/>
              <w:sz w:val="14"/>
            </w:rPr>
            <w:t>dei</w:t>
          </w:r>
          <w:proofErr w:type="spellEnd"/>
          <w:r>
            <w:rPr>
              <w:color w:val="3C3C3C"/>
              <w:sz w:val="14"/>
            </w:rPr>
            <w:t xml:space="preserve"> Longobardi </w:t>
          </w:r>
          <w:proofErr w:type="spellStart"/>
          <w:r>
            <w:rPr>
              <w:color w:val="3C3C3C"/>
              <w:sz w:val="14"/>
            </w:rPr>
            <w:t>snc</w:t>
          </w:r>
          <w:proofErr w:type="spellEnd"/>
          <w:r>
            <w:rPr>
              <w:color w:val="3C3C3C"/>
              <w:sz w:val="14"/>
            </w:rPr>
            <w:t xml:space="preserve"> - c/o Sala </w:t>
          </w:r>
          <w:proofErr w:type="spellStart"/>
          <w:r>
            <w:rPr>
              <w:color w:val="3C3C3C"/>
              <w:sz w:val="14"/>
            </w:rPr>
            <w:t>Consiliare</w:t>
          </w:r>
          <w:proofErr w:type="spellEnd"/>
          <w:r>
            <w:rPr>
              <w:color w:val="3C3C3C"/>
              <w:sz w:val="14"/>
            </w:rPr>
            <w:br/>
            <w:t>87020 Santa Maria del Cedro (CS)</w:t>
          </w:r>
          <w:r>
            <w:rPr>
              <w:color w:val="3C3C3C"/>
              <w:sz w:val="14"/>
            </w:rPr>
            <w:br/>
            <w:t>info@galcedri.it - galcedri@pec.it</w:t>
          </w:r>
        </w:p>
      </w:tc>
      <w:tc>
        <w:tcPr>
          <w:tcW w:w="2154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7D3A0CE0" w14:textId="77777777" w:rsidR="00F9677E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E28F7" w14:textId="77777777" w:rsidR="00C95028" w:rsidRDefault="00C95028">
      <w:pPr>
        <w:spacing w:after="0" w:line="240" w:lineRule="auto"/>
      </w:pPr>
      <w:r>
        <w:separator/>
      </w:r>
    </w:p>
  </w:footnote>
  <w:footnote w:type="continuationSeparator" w:id="0">
    <w:p w14:paraId="51DE2AC0" w14:textId="77777777" w:rsidR="00C95028" w:rsidRDefault="00C95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E2CC" w14:textId="77777777" w:rsidR="00F9677E" w:rsidRDefault="00000000">
    <w:pPr>
      <w:pStyle w:val="Intestazione"/>
      <w:jc w:val="center"/>
    </w:pPr>
    <w:r>
      <w:rPr>
        <w:noProof/>
      </w:rPr>
      <w:drawing>
        <wp:inline distT="0" distB="0" distL="0" distR="0" wp14:anchorId="65A0D96D" wp14:editId="66C2099B">
          <wp:extent cx="7380000" cy="8402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0000" cy="8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9988522">
    <w:abstractNumId w:val="8"/>
  </w:num>
  <w:num w:numId="2" w16cid:durableId="1200507765">
    <w:abstractNumId w:val="6"/>
  </w:num>
  <w:num w:numId="3" w16cid:durableId="175577247">
    <w:abstractNumId w:val="5"/>
  </w:num>
  <w:num w:numId="4" w16cid:durableId="104423399">
    <w:abstractNumId w:val="4"/>
  </w:num>
  <w:num w:numId="5" w16cid:durableId="1734935852">
    <w:abstractNumId w:val="7"/>
  </w:num>
  <w:num w:numId="6" w16cid:durableId="995643530">
    <w:abstractNumId w:val="3"/>
  </w:num>
  <w:num w:numId="7" w16cid:durableId="168451421">
    <w:abstractNumId w:val="2"/>
  </w:num>
  <w:num w:numId="8" w16cid:durableId="689649685">
    <w:abstractNumId w:val="1"/>
  </w:num>
  <w:num w:numId="9" w16cid:durableId="108514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6A92"/>
    <w:rsid w:val="00AA1D8D"/>
    <w:rsid w:val="00B47730"/>
    <w:rsid w:val="00C95028"/>
    <w:rsid w:val="00CB0664"/>
    <w:rsid w:val="00EA2945"/>
    <w:rsid w:val="00F87874"/>
    <w:rsid w:val="00F967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D0AAC"/>
  <w14:defaultImageDpi w14:val="300"/>
  <w15:docId w15:val="{E9F8D689-3722-4215-801D-BFDAEB17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3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3B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3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sid w:val="00946A92"/>
    <w:rPr>
      <w:rFonts w:ascii="Palatino Linotype" w:eastAsia="Palatino Linotype" w:hAnsi="Palatino Linotype"/>
      <w:b/>
      <w:color w:val="1F4E79"/>
      <w:sz w:val="32"/>
    </w:rPr>
  </w:style>
  <w:style w:type="paragraph" w:customStyle="1" w:styleId="Sottotitolo1">
    <w:name w:val="Sottotitolo1"/>
    <w:rsid w:val="00946A92"/>
    <w:rPr>
      <w:rFonts w:ascii="Palatino Linotype" w:eastAsia="Palatino Linotype" w:hAnsi="Palatino Linotype"/>
      <w:b/>
      <w:color w:val="00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615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3</cp:revision>
  <dcterms:created xsi:type="dcterms:W3CDTF">2013-12-23T23:15:00Z</dcterms:created>
  <dcterms:modified xsi:type="dcterms:W3CDTF">2026-05-26T14:55:00Z</dcterms:modified>
  <cp:category/>
</cp:coreProperties>
</file>