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DF936" w14:textId="77777777" w:rsidR="00D56BD2" w:rsidRPr="007C3575" w:rsidRDefault="00000000">
      <w:pPr>
        <w:spacing w:before="160" w:after="20" w:line="240" w:lineRule="auto"/>
        <w:jc w:val="center"/>
        <w:rPr>
          <w:lang w:val="it-IT"/>
        </w:rPr>
      </w:pPr>
      <w:r w:rsidRPr="007C3575">
        <w:rPr>
          <w:rFonts w:ascii="Palatino Linotype" w:eastAsia="Palatino Linotype" w:hAnsi="Palatino Linotype"/>
          <w:b/>
          <w:color w:val="174A3B"/>
          <w:sz w:val="30"/>
          <w:lang w:val="it-IT"/>
        </w:rPr>
        <w:t>ALLEGATO 3</w:t>
      </w:r>
    </w:p>
    <w:p w14:paraId="1BFE6988" w14:textId="77777777" w:rsidR="00D56BD2" w:rsidRPr="007C3575" w:rsidRDefault="00000000">
      <w:pPr>
        <w:spacing w:after="20" w:line="240" w:lineRule="auto"/>
        <w:jc w:val="center"/>
        <w:rPr>
          <w:lang w:val="it-IT"/>
        </w:rPr>
      </w:pPr>
      <w:r w:rsidRPr="007C3575">
        <w:rPr>
          <w:rFonts w:ascii="Palatino Linotype" w:eastAsia="Palatino Linotype" w:hAnsi="Palatino Linotype"/>
          <w:b/>
          <w:color w:val="1F5F7A"/>
          <w:sz w:val="25"/>
          <w:lang w:val="it-IT"/>
        </w:rPr>
        <w:t>Dichiarazione sostitutiva di certificazione relativa ai familiari conviventi</w:t>
      </w:r>
    </w:p>
    <w:p w14:paraId="0A2342E1" w14:textId="77777777" w:rsidR="00D56BD2" w:rsidRPr="007C3575" w:rsidRDefault="00000000">
      <w:pPr>
        <w:spacing w:after="160" w:line="240" w:lineRule="auto"/>
        <w:jc w:val="center"/>
        <w:rPr>
          <w:lang w:val="it-IT"/>
        </w:rPr>
      </w:pPr>
      <w:r w:rsidRPr="007C3575">
        <w:rPr>
          <w:b/>
          <w:i/>
          <w:color w:val="404040"/>
          <w:sz w:val="19"/>
          <w:lang w:val="it-IT"/>
        </w:rPr>
        <w:t>(D.P.R. n. 445/2000)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3118"/>
        <w:gridCol w:w="1757"/>
        <w:gridCol w:w="3458"/>
      </w:tblGrid>
      <w:tr w:rsidR="00D56BD2" w:rsidRPr="007C3575" w14:paraId="4805E001" w14:textId="77777777">
        <w:trPr>
          <w:trHeight w:val="351"/>
          <w:jc w:val="center"/>
        </w:trPr>
        <w:tc>
          <w:tcPr>
            <w:tcW w:w="198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C95542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b/>
                <w:sz w:val="16"/>
                <w:lang w:val="it-IT"/>
              </w:rPr>
              <w:t>Il/La sottoscritto/a</w:t>
            </w:r>
          </w:p>
        </w:tc>
        <w:tc>
          <w:tcPr>
            <w:tcW w:w="311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D87C34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75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218558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b/>
                <w:sz w:val="16"/>
                <w:lang w:val="it-IT"/>
              </w:rPr>
              <w:t>Codice Fiscale</w:t>
            </w:r>
          </w:p>
        </w:tc>
        <w:tc>
          <w:tcPr>
            <w:tcW w:w="345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05727D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</w:tr>
      <w:tr w:rsidR="00D56BD2" w:rsidRPr="007C3575" w14:paraId="4149476B" w14:textId="77777777">
        <w:trPr>
          <w:jc w:val="center"/>
        </w:trPr>
        <w:tc>
          <w:tcPr>
            <w:tcW w:w="198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6F61DA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b/>
                <w:sz w:val="16"/>
                <w:lang w:val="it-IT"/>
              </w:rPr>
              <w:t xml:space="preserve">Nato/a </w:t>
            </w:r>
            <w:proofErr w:type="spellStart"/>
            <w:r w:rsidRPr="007C3575">
              <w:rPr>
                <w:b/>
                <w:sz w:val="16"/>
                <w:lang w:val="it-IT"/>
              </w:rPr>
              <w:t>a</w:t>
            </w:r>
            <w:proofErr w:type="spellEnd"/>
          </w:p>
        </w:tc>
        <w:tc>
          <w:tcPr>
            <w:tcW w:w="311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09B9B7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75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26934B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b/>
                <w:sz w:val="16"/>
                <w:lang w:val="it-IT"/>
              </w:rPr>
              <w:t>Prov.</w:t>
            </w:r>
          </w:p>
        </w:tc>
        <w:tc>
          <w:tcPr>
            <w:tcW w:w="345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EDA114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</w:tr>
      <w:tr w:rsidR="00D56BD2" w:rsidRPr="007C3575" w14:paraId="1C8B4657" w14:textId="77777777">
        <w:trPr>
          <w:jc w:val="center"/>
        </w:trPr>
        <w:tc>
          <w:tcPr>
            <w:tcW w:w="198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45B4D4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b/>
                <w:sz w:val="16"/>
                <w:lang w:val="it-IT"/>
              </w:rPr>
              <w:t>Data di nascita</w:t>
            </w:r>
          </w:p>
        </w:tc>
        <w:tc>
          <w:tcPr>
            <w:tcW w:w="311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70482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75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49A63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b/>
                <w:sz w:val="16"/>
                <w:lang w:val="it-IT"/>
              </w:rPr>
              <w:t>Residente a</w:t>
            </w:r>
          </w:p>
        </w:tc>
        <w:tc>
          <w:tcPr>
            <w:tcW w:w="345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93936B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</w:tr>
      <w:tr w:rsidR="00D56BD2" w:rsidRPr="007C3575" w14:paraId="2A2B17DC" w14:textId="77777777">
        <w:trPr>
          <w:jc w:val="center"/>
        </w:trPr>
        <w:tc>
          <w:tcPr>
            <w:tcW w:w="198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16429C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b/>
                <w:sz w:val="16"/>
                <w:lang w:val="it-IT"/>
              </w:rPr>
              <w:t>Via/Piazza</w:t>
            </w:r>
          </w:p>
        </w:tc>
        <w:tc>
          <w:tcPr>
            <w:tcW w:w="311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062DB1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75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13C307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b/>
                <w:sz w:val="16"/>
                <w:lang w:val="it-IT"/>
              </w:rPr>
              <w:t>n.</w:t>
            </w:r>
          </w:p>
        </w:tc>
        <w:tc>
          <w:tcPr>
            <w:tcW w:w="345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2DDAAD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523F13E2" w14:textId="77777777" w:rsidR="00D56BD2" w:rsidRPr="007C3575" w:rsidRDefault="00000000">
      <w:pPr>
        <w:spacing w:before="180" w:after="60" w:line="240" w:lineRule="auto"/>
        <w:rPr>
          <w:lang w:val="it-IT"/>
        </w:rPr>
      </w:pPr>
      <w:r w:rsidRPr="007C3575">
        <w:rPr>
          <w:b/>
          <w:color w:val="174A3B"/>
          <w:sz w:val="21"/>
          <w:lang w:val="it-IT"/>
        </w:rPr>
        <w:t>Qualifica del dichiarante</w:t>
      </w:r>
    </w:p>
    <w:tbl>
      <w:tblPr>
        <w:tblW w:w="10936" w:type="dxa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9978"/>
        <w:gridCol w:w="334"/>
      </w:tblGrid>
      <w:tr w:rsidR="00D56BD2" w:rsidRPr="007C3575" w14:paraId="0E227018" w14:textId="77777777" w:rsidTr="00B44CE1">
        <w:trPr>
          <w:jc w:val="center"/>
        </w:trPr>
        <w:tc>
          <w:tcPr>
            <w:tcW w:w="6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EAB172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rFonts w:ascii="DejaVu Sans" w:eastAsia="DejaVu Sans" w:hAnsi="DejaVu Sans"/>
                <w:sz w:val="20"/>
                <w:lang w:val="it-IT"/>
              </w:rPr>
              <w:t>☐</w:t>
            </w:r>
          </w:p>
        </w:tc>
        <w:tc>
          <w:tcPr>
            <w:tcW w:w="10312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A65548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sz w:val="17"/>
                <w:lang w:val="it-IT"/>
              </w:rPr>
              <w:t>titolare dell’impresa individuale ______________________________________________</w:t>
            </w:r>
          </w:p>
        </w:tc>
      </w:tr>
      <w:tr w:rsidR="00D56BD2" w:rsidRPr="007C3575" w14:paraId="5C1AC401" w14:textId="77777777" w:rsidTr="00B44CE1">
        <w:trPr>
          <w:jc w:val="center"/>
        </w:trPr>
        <w:tc>
          <w:tcPr>
            <w:tcW w:w="6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330064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rFonts w:ascii="DejaVu Sans" w:eastAsia="DejaVu Sans" w:hAnsi="DejaVu Sans"/>
                <w:sz w:val="20"/>
                <w:lang w:val="it-IT"/>
              </w:rPr>
              <w:t>☐</w:t>
            </w:r>
          </w:p>
        </w:tc>
        <w:tc>
          <w:tcPr>
            <w:tcW w:w="10312" w:type="dxa"/>
            <w:gridSpan w:val="2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A2D497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sz w:val="17"/>
                <w:lang w:val="it-IT"/>
              </w:rPr>
              <w:t>socio dell’azienda ______________________________________________________</w:t>
            </w:r>
          </w:p>
          <w:p w14:paraId="0EC2A403" w14:textId="77777777" w:rsidR="00D56BD2" w:rsidRPr="007C3575" w:rsidRDefault="00000000">
            <w:pPr>
              <w:spacing w:after="0" w:line="240" w:lineRule="auto"/>
              <w:rPr>
                <w:lang w:val="it-IT"/>
              </w:rPr>
            </w:pPr>
            <w:r w:rsidRPr="007C3575">
              <w:rPr>
                <w:b/>
                <w:i/>
                <w:color w:val="444444"/>
                <w:sz w:val="16"/>
                <w:lang w:val="it-IT"/>
              </w:rPr>
              <w:t>(la compilazione deve essere effettuata da tutti i soci)</w:t>
            </w:r>
          </w:p>
        </w:tc>
      </w:tr>
      <w:tr w:rsidR="00D56BD2" w:rsidRPr="007C3575" w14:paraId="6F90A3DD" w14:textId="77777777" w:rsidTr="00B44CE1">
        <w:trPr>
          <w:gridAfter w:val="1"/>
          <w:wAfter w:w="334" w:type="dxa"/>
          <w:jc w:val="center"/>
        </w:trPr>
        <w:tc>
          <w:tcPr>
            <w:tcW w:w="10602" w:type="dxa"/>
            <w:gridSpan w:val="2"/>
            <w:tcBorders>
              <w:top w:val="single" w:sz="5" w:space="0" w:color="B8C9C5"/>
              <w:left w:val="single" w:sz="5" w:space="0" w:color="B8C9C5"/>
              <w:bottom w:val="single" w:sz="5" w:space="0" w:color="B8C9C5"/>
              <w:right w:val="single" w:sz="5" w:space="0" w:color="B8C9C5"/>
            </w:tcBorders>
            <w:shd w:val="clear" w:color="auto" w:fill="F7F9F8"/>
            <w:tcMar>
              <w:top w:w="105" w:type="dxa"/>
              <w:left w:w="140" w:type="dxa"/>
              <w:bottom w:w="105" w:type="dxa"/>
              <w:right w:w="140" w:type="dxa"/>
            </w:tcMar>
          </w:tcPr>
          <w:p w14:paraId="05001775" w14:textId="77777777" w:rsidR="00D56BD2" w:rsidRPr="007C3575" w:rsidRDefault="00000000">
            <w:pPr>
              <w:spacing w:after="40" w:line="240" w:lineRule="auto"/>
              <w:jc w:val="both"/>
              <w:rPr>
                <w:lang w:val="it-IT"/>
              </w:rPr>
            </w:pPr>
            <w:r w:rsidRPr="007C3575">
              <w:rPr>
                <w:color w:val="333333"/>
                <w:sz w:val="15"/>
                <w:lang w:val="it-IT"/>
              </w:rPr>
              <w:t xml:space="preserve">Consapevole delle conseguenze previste in caso di dichiarazioni mendaci dagli artt. 75 e 76 del D.P.R. 28 dicembre 2000, n. 445 </w:t>
            </w:r>
            <w:r w:rsidRPr="007C3575">
              <w:rPr>
                <w:i/>
                <w:color w:val="333333"/>
                <w:sz w:val="15"/>
                <w:lang w:val="it-IT"/>
              </w:rPr>
              <w:t>(decadenza dai benefici eventualmente conseguenti al provvedimento emanato sulla base di dichiarazioni non veritiere e sanzioni penali)</w:t>
            </w:r>
            <w:r w:rsidRPr="007C3575">
              <w:rPr>
                <w:color w:val="333333"/>
                <w:sz w:val="15"/>
                <w:lang w:val="it-IT"/>
              </w:rPr>
              <w:t>, ai sensi e per gli effetti dell’art. 46 del citato disposto normativo, sotto la propria responsabilità,</w:t>
            </w:r>
          </w:p>
        </w:tc>
      </w:tr>
    </w:tbl>
    <w:p w14:paraId="1AEB569D" w14:textId="77777777" w:rsidR="00D56BD2" w:rsidRPr="007C3575" w:rsidRDefault="00000000">
      <w:pPr>
        <w:spacing w:before="100" w:after="60" w:line="240" w:lineRule="auto"/>
        <w:jc w:val="center"/>
        <w:rPr>
          <w:lang w:val="it-IT"/>
        </w:rPr>
      </w:pPr>
      <w:r w:rsidRPr="007C3575">
        <w:rPr>
          <w:b/>
          <w:color w:val="174A3B"/>
          <w:sz w:val="21"/>
          <w:lang w:val="it-IT"/>
        </w:rPr>
        <w:t>DICHIARA</w:t>
      </w:r>
    </w:p>
    <w:p w14:paraId="51668C4B" w14:textId="77777777" w:rsidR="00D56BD2" w:rsidRPr="007C3575" w:rsidRDefault="00000000">
      <w:pPr>
        <w:spacing w:after="60" w:line="240" w:lineRule="auto"/>
        <w:rPr>
          <w:lang w:val="it-IT"/>
        </w:rPr>
      </w:pPr>
      <w:r w:rsidRPr="007C3575">
        <w:rPr>
          <w:sz w:val="17"/>
          <w:lang w:val="it-IT"/>
        </w:rPr>
        <w:t>di avere i seguenti familiari maggiorenni conviventi (**):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587"/>
        <w:gridCol w:w="2324"/>
        <w:gridCol w:w="2324"/>
        <w:gridCol w:w="1701"/>
      </w:tblGrid>
      <w:tr w:rsidR="00D56BD2" w:rsidRPr="007C3575" w14:paraId="4E3465D1" w14:textId="77777777">
        <w:trPr>
          <w:tblHeader/>
          <w:jc w:val="center"/>
        </w:trPr>
        <w:tc>
          <w:tcPr>
            <w:tcW w:w="238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20E91E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b/>
                <w:color w:val="FFFFFF"/>
                <w:sz w:val="16"/>
                <w:lang w:val="it-IT"/>
              </w:rPr>
              <w:t>Cognome e nome</w:t>
            </w:r>
          </w:p>
        </w:tc>
        <w:tc>
          <w:tcPr>
            <w:tcW w:w="158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9C15DE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b/>
                <w:color w:val="FFFFFF"/>
                <w:sz w:val="16"/>
                <w:lang w:val="it-IT"/>
              </w:rPr>
              <w:t>Data nascita</w:t>
            </w: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FFA3B0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b/>
                <w:color w:val="FFFFFF"/>
                <w:sz w:val="16"/>
                <w:lang w:val="it-IT"/>
              </w:rPr>
              <w:t>Luogo di nascita</w:t>
            </w: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78010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b/>
                <w:color w:val="FFFFFF"/>
                <w:sz w:val="16"/>
                <w:lang w:val="it-IT"/>
              </w:rPr>
              <w:t>Codice fiscale</w:t>
            </w:r>
          </w:p>
        </w:tc>
        <w:tc>
          <w:tcPr>
            <w:tcW w:w="170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174A3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38B995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b/>
                <w:color w:val="FFFFFF"/>
                <w:sz w:val="16"/>
                <w:lang w:val="it-IT"/>
              </w:rPr>
              <w:t>Rapporto di parentela</w:t>
            </w:r>
          </w:p>
        </w:tc>
      </w:tr>
      <w:tr w:rsidR="00D56BD2" w:rsidRPr="007C3575" w14:paraId="0BD66BFD" w14:textId="77777777">
        <w:trPr>
          <w:trHeight w:val="368"/>
          <w:jc w:val="center"/>
        </w:trPr>
        <w:tc>
          <w:tcPr>
            <w:tcW w:w="238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32D0DA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8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83116F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0D225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CADB57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4D62DC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</w:tr>
      <w:tr w:rsidR="00D56BD2" w:rsidRPr="007C3575" w14:paraId="4B25A8A4" w14:textId="77777777">
        <w:trPr>
          <w:trHeight w:val="368"/>
          <w:jc w:val="center"/>
        </w:trPr>
        <w:tc>
          <w:tcPr>
            <w:tcW w:w="238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F98920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8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0E5DA6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2B9F05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04414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C0951F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</w:tr>
      <w:tr w:rsidR="00D56BD2" w:rsidRPr="007C3575" w14:paraId="4CA0AC98" w14:textId="77777777">
        <w:trPr>
          <w:trHeight w:val="368"/>
          <w:jc w:val="center"/>
        </w:trPr>
        <w:tc>
          <w:tcPr>
            <w:tcW w:w="238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C3885F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8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539AD3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67634C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5941DD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407A4D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</w:tr>
      <w:tr w:rsidR="00D56BD2" w:rsidRPr="007C3575" w14:paraId="4D55768F" w14:textId="77777777">
        <w:trPr>
          <w:trHeight w:val="368"/>
          <w:jc w:val="center"/>
        </w:trPr>
        <w:tc>
          <w:tcPr>
            <w:tcW w:w="238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0A2E24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58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98FCA2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20BFB8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7F320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70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E6E113" w14:textId="77777777" w:rsidR="00D56BD2" w:rsidRPr="007C3575" w:rsidRDefault="00D56BD2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62B23213" w14:textId="77777777" w:rsidR="00D56BD2" w:rsidRPr="007C3575" w:rsidRDefault="00000000">
      <w:pPr>
        <w:spacing w:before="80" w:after="40" w:line="240" w:lineRule="auto"/>
        <w:rPr>
          <w:lang w:val="it-IT"/>
        </w:rPr>
      </w:pPr>
      <w:r w:rsidRPr="007C3575">
        <w:rPr>
          <w:rFonts w:ascii="DejaVu Sans" w:eastAsia="DejaVu Sans" w:hAnsi="DejaVu Sans"/>
          <w:sz w:val="20"/>
          <w:lang w:val="it-IT"/>
        </w:rPr>
        <w:t xml:space="preserve">☐ </w:t>
      </w:r>
      <w:r w:rsidRPr="007C3575">
        <w:rPr>
          <w:b/>
          <w:sz w:val="17"/>
          <w:lang w:val="it-IT"/>
        </w:rPr>
        <w:t>di non avere familiari maggiorenni conviventi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D56BD2" w:rsidRPr="007C3575" w14:paraId="2B8F29CD" w14:textId="77777777">
        <w:trPr>
          <w:jc w:val="center"/>
        </w:trPr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37F2D8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b/>
                <w:sz w:val="17"/>
                <w:lang w:val="it-IT"/>
              </w:rPr>
              <w:t>Luogo e data</w:t>
            </w:r>
          </w:p>
        </w:tc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6C308C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b/>
                <w:sz w:val="17"/>
                <w:lang w:val="it-IT"/>
              </w:rPr>
              <w:t>Firma autografa (*)</w:t>
            </w:r>
          </w:p>
        </w:tc>
      </w:tr>
      <w:tr w:rsidR="00D56BD2" w:rsidRPr="007C3575" w14:paraId="0129F24F" w14:textId="77777777">
        <w:trPr>
          <w:jc w:val="center"/>
        </w:trPr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436721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sz w:val="17"/>
                <w:lang w:val="it-IT"/>
              </w:rPr>
              <w:t>________________________________________</w:t>
            </w:r>
          </w:p>
        </w:tc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D825AB" w14:textId="77777777" w:rsidR="00D56BD2" w:rsidRPr="007C3575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7C3575">
              <w:rPr>
                <w:sz w:val="17"/>
                <w:lang w:val="it-IT"/>
              </w:rPr>
              <w:t>________________________________________</w:t>
            </w:r>
          </w:p>
        </w:tc>
      </w:tr>
    </w:tbl>
    <w:p w14:paraId="41416471" w14:textId="77777777" w:rsidR="00D56BD2" w:rsidRPr="007C3575" w:rsidRDefault="00000000">
      <w:pPr>
        <w:spacing w:after="20" w:line="240" w:lineRule="auto"/>
        <w:rPr>
          <w:lang w:val="it-IT"/>
        </w:rPr>
      </w:pPr>
      <w:r w:rsidRPr="007C3575">
        <w:rPr>
          <w:rFonts w:ascii="DejaVu Sans" w:eastAsia="DejaVu Sans" w:hAnsi="DejaVu Sans"/>
          <w:sz w:val="17"/>
          <w:lang w:val="it-IT"/>
        </w:rPr>
        <w:t xml:space="preserve">☐ </w:t>
      </w:r>
      <w:r w:rsidRPr="007C3575">
        <w:rPr>
          <w:b/>
          <w:sz w:val="15"/>
          <w:lang w:val="it-IT"/>
        </w:rPr>
        <w:t>Allegare documento di identità in corso di validità</w:t>
      </w:r>
    </w:p>
    <w:p w14:paraId="04B70F2F" w14:textId="77777777" w:rsidR="00D56BD2" w:rsidRPr="007C3575" w:rsidRDefault="00000000">
      <w:pPr>
        <w:spacing w:before="60" w:after="20" w:line="228" w:lineRule="auto"/>
        <w:jc w:val="both"/>
        <w:rPr>
          <w:lang w:val="it-IT"/>
        </w:rPr>
      </w:pPr>
      <w:r w:rsidRPr="007C3575">
        <w:rPr>
          <w:color w:val="4A4A4A"/>
          <w:sz w:val="14"/>
          <w:lang w:val="it-IT"/>
        </w:rPr>
        <w:t>N.B.: questa dichiarazione, corredata da documento di identità in corso di validità, non necessita dell’autenticazione della firma e sostituisce a tutti gli effetti le normali certificazioni richieste o destinate ad una pubblica amministrazione, ai gestori di pubblici servizi e ai privati che vi consentono. L’Amministrazione si riserva di effettuare controlli, anche a campione, sulla veridicità delle dichiarazioni ai sensi dell’art. 71, comma 1, D.P.R. 445/2000. In caso di dichiarazione falsa il cittadino sarà denunciato all’Autorità giudiziaria.</w:t>
      </w:r>
    </w:p>
    <w:p w14:paraId="09048EFA" w14:textId="77777777" w:rsidR="00B44CE1" w:rsidRPr="007C3575" w:rsidRDefault="00000000">
      <w:pPr>
        <w:spacing w:before="60" w:after="20" w:line="228" w:lineRule="auto"/>
        <w:jc w:val="both"/>
        <w:rPr>
          <w:color w:val="4A4A4A"/>
          <w:sz w:val="14"/>
          <w:lang w:val="it-IT"/>
        </w:rPr>
      </w:pPr>
      <w:r w:rsidRPr="007C3575">
        <w:rPr>
          <w:color w:val="4A4A4A"/>
          <w:sz w:val="14"/>
          <w:lang w:val="it-IT"/>
        </w:rPr>
        <w:t xml:space="preserve">(*) La dichiarazione sostitutiva va redatta da tutti i soggetti di cui all’art. 85 del </w:t>
      </w:r>
      <w:proofErr w:type="spellStart"/>
      <w:r w:rsidRPr="007C3575">
        <w:rPr>
          <w:color w:val="4A4A4A"/>
          <w:sz w:val="14"/>
          <w:lang w:val="it-IT"/>
        </w:rPr>
        <w:t>D.Lgs.</w:t>
      </w:r>
      <w:proofErr w:type="spellEnd"/>
      <w:r w:rsidRPr="007C3575">
        <w:rPr>
          <w:color w:val="4A4A4A"/>
          <w:sz w:val="14"/>
          <w:lang w:val="it-IT"/>
        </w:rPr>
        <w:t xml:space="preserve"> 159/2011.</w:t>
      </w:r>
    </w:p>
    <w:p w14:paraId="7DCE2BA1" w14:textId="035FB08C" w:rsidR="00D56BD2" w:rsidRPr="007C3575" w:rsidRDefault="00000000">
      <w:pPr>
        <w:spacing w:before="60" w:after="20" w:line="228" w:lineRule="auto"/>
        <w:jc w:val="both"/>
        <w:rPr>
          <w:lang w:val="it-IT"/>
        </w:rPr>
      </w:pPr>
      <w:r w:rsidRPr="007C3575">
        <w:rPr>
          <w:color w:val="4A4A4A"/>
          <w:sz w:val="14"/>
          <w:lang w:val="it-IT"/>
        </w:rPr>
        <w:t xml:space="preserve">(**) Per “familiari conviventi” si intendono “chiunque conviva” con i soggetti di cui all’art. 85 del </w:t>
      </w:r>
      <w:proofErr w:type="spellStart"/>
      <w:r w:rsidRPr="007C3575">
        <w:rPr>
          <w:color w:val="4A4A4A"/>
          <w:sz w:val="14"/>
          <w:lang w:val="it-IT"/>
        </w:rPr>
        <w:t>D.Lgs.</w:t>
      </w:r>
      <w:proofErr w:type="spellEnd"/>
      <w:r w:rsidRPr="007C3575">
        <w:rPr>
          <w:color w:val="4A4A4A"/>
          <w:sz w:val="14"/>
          <w:lang w:val="it-IT"/>
        </w:rPr>
        <w:t xml:space="preserve"> 159/2011, purché maggiorenni.</w:t>
      </w:r>
    </w:p>
    <w:sectPr w:rsidR="00D56BD2" w:rsidRPr="007C3575" w:rsidSect="00034616">
      <w:headerReference w:type="default" r:id="rId8"/>
      <w:footerReference w:type="default" r:id="rId9"/>
      <w:pgSz w:w="11906" w:h="16838"/>
      <w:pgMar w:top="652" w:right="652" w:bottom="595" w:left="652" w:header="159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F86C" w14:textId="77777777" w:rsidR="00B44733" w:rsidRDefault="00B44733">
      <w:pPr>
        <w:spacing w:after="0" w:line="240" w:lineRule="auto"/>
      </w:pPr>
      <w:r>
        <w:separator/>
      </w:r>
    </w:p>
  </w:endnote>
  <w:endnote w:type="continuationSeparator" w:id="0">
    <w:p w14:paraId="5EA74E6D" w14:textId="77777777" w:rsidR="00B44733" w:rsidRDefault="00B44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6586F" w14:textId="77777777" w:rsidR="00D56BD2" w:rsidRDefault="00D56BD2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6463"/>
      <w:gridCol w:w="2154"/>
    </w:tblGrid>
    <w:tr w:rsidR="00D56BD2" w14:paraId="45D3006A" w14:textId="77777777">
      <w:trPr>
        <w:jc w:val="center"/>
      </w:trPr>
      <w:tc>
        <w:tcPr>
          <w:tcW w:w="1701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7A2B8E16" w14:textId="77777777" w:rsidR="00D56BD2" w:rsidRDefault="00000000">
          <w:r>
            <w:rPr>
              <w:noProof/>
            </w:rPr>
            <w:drawing>
              <wp:inline distT="0" distB="0" distL="0" distR="0" wp14:anchorId="621588DF" wp14:editId="6F30AC8C">
                <wp:extent cx="882000" cy="352602"/>
                <wp:effectExtent l="0" t="0" r="0" b="0"/>
                <wp:docPr id="140891638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000" cy="3526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3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73F6D441" w14:textId="77777777" w:rsidR="00D56BD2" w:rsidRDefault="00000000">
          <w:pPr>
            <w:spacing w:after="0" w:line="240" w:lineRule="auto"/>
            <w:jc w:val="center"/>
          </w:pPr>
          <w:r>
            <w:rPr>
              <w:color w:val="3C3C3C"/>
              <w:sz w:val="14"/>
            </w:rPr>
            <w:t xml:space="preserve">Via </w:t>
          </w:r>
          <w:proofErr w:type="spellStart"/>
          <w:r>
            <w:rPr>
              <w:color w:val="3C3C3C"/>
              <w:sz w:val="14"/>
            </w:rPr>
            <w:t>dei</w:t>
          </w:r>
          <w:proofErr w:type="spellEnd"/>
          <w:r>
            <w:rPr>
              <w:color w:val="3C3C3C"/>
              <w:sz w:val="14"/>
            </w:rPr>
            <w:t xml:space="preserve"> Longobardi </w:t>
          </w:r>
          <w:proofErr w:type="spellStart"/>
          <w:r>
            <w:rPr>
              <w:color w:val="3C3C3C"/>
              <w:sz w:val="14"/>
            </w:rPr>
            <w:t>snc</w:t>
          </w:r>
          <w:proofErr w:type="spellEnd"/>
          <w:r>
            <w:rPr>
              <w:color w:val="3C3C3C"/>
              <w:sz w:val="14"/>
            </w:rPr>
            <w:t xml:space="preserve"> - c/o Sala </w:t>
          </w:r>
          <w:proofErr w:type="spellStart"/>
          <w:r>
            <w:rPr>
              <w:color w:val="3C3C3C"/>
              <w:sz w:val="14"/>
            </w:rPr>
            <w:t>Consiliare</w:t>
          </w:r>
          <w:proofErr w:type="spellEnd"/>
          <w:r>
            <w:rPr>
              <w:color w:val="3C3C3C"/>
              <w:sz w:val="14"/>
            </w:rPr>
            <w:br/>
            <w:t>87020 Santa Maria del Cedro (CS)</w:t>
          </w:r>
          <w:r>
            <w:rPr>
              <w:color w:val="3C3C3C"/>
              <w:sz w:val="14"/>
            </w:rPr>
            <w:br/>
            <w:t>info@galcedri.it - galcedri@pec.it</w:t>
          </w:r>
        </w:p>
      </w:tc>
      <w:tc>
        <w:tcPr>
          <w:tcW w:w="2154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5F39C1F7" w14:textId="77777777" w:rsidR="00D56BD2" w:rsidRDefault="00000000">
          <w:pPr>
            <w:jc w:val="right"/>
          </w:pPr>
          <w:r>
            <w:rPr>
              <w:color w:val="3C3C3C"/>
              <w:sz w:val="16"/>
            </w:rPr>
            <w:t xml:space="preserve">Pag.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color w:val="3C3C3C"/>
              <w:sz w:val="16"/>
            </w:rPr>
            <w:t xml:space="preserve"> di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NUMPAGES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8E058" w14:textId="77777777" w:rsidR="00B44733" w:rsidRDefault="00B44733">
      <w:pPr>
        <w:spacing w:after="0" w:line="240" w:lineRule="auto"/>
      </w:pPr>
      <w:r>
        <w:separator/>
      </w:r>
    </w:p>
  </w:footnote>
  <w:footnote w:type="continuationSeparator" w:id="0">
    <w:p w14:paraId="3E094248" w14:textId="77777777" w:rsidR="00B44733" w:rsidRDefault="00B44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E2FB" w14:textId="77777777" w:rsidR="00D56BD2" w:rsidRDefault="00000000">
    <w:pPr>
      <w:pStyle w:val="Intestazione"/>
      <w:jc w:val="center"/>
    </w:pPr>
    <w:r>
      <w:rPr>
        <w:noProof/>
      </w:rPr>
      <w:drawing>
        <wp:inline distT="0" distB="0" distL="0" distR="0" wp14:anchorId="66A4A044" wp14:editId="54A53CAD">
          <wp:extent cx="6552000" cy="7459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52000" cy="74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1177429">
    <w:abstractNumId w:val="8"/>
  </w:num>
  <w:num w:numId="2" w16cid:durableId="1414666504">
    <w:abstractNumId w:val="6"/>
  </w:num>
  <w:num w:numId="3" w16cid:durableId="1396855552">
    <w:abstractNumId w:val="5"/>
  </w:num>
  <w:num w:numId="4" w16cid:durableId="1211721321">
    <w:abstractNumId w:val="4"/>
  </w:num>
  <w:num w:numId="5" w16cid:durableId="555437083">
    <w:abstractNumId w:val="7"/>
  </w:num>
  <w:num w:numId="6" w16cid:durableId="442506024">
    <w:abstractNumId w:val="3"/>
  </w:num>
  <w:num w:numId="7" w16cid:durableId="910843995">
    <w:abstractNumId w:val="2"/>
  </w:num>
  <w:num w:numId="8" w16cid:durableId="2122407500">
    <w:abstractNumId w:val="1"/>
  </w:num>
  <w:num w:numId="9" w16cid:durableId="167403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C3575"/>
    <w:rsid w:val="00AA1D8D"/>
    <w:rsid w:val="00B44733"/>
    <w:rsid w:val="00B44CE1"/>
    <w:rsid w:val="00B47730"/>
    <w:rsid w:val="00C36EA7"/>
    <w:rsid w:val="00CB0664"/>
    <w:rsid w:val="00D56BD2"/>
    <w:rsid w:val="00F878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358EA1"/>
  <w14:defaultImageDpi w14:val="300"/>
  <w15:docId w15:val="{E9F8D689-3722-4215-801D-BFDAEB17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color w:val="232323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4A3B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4A3B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4A3B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1735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Amoroso</cp:lastModifiedBy>
  <cp:revision>3</cp:revision>
  <dcterms:created xsi:type="dcterms:W3CDTF">2013-12-23T23:15:00Z</dcterms:created>
  <dcterms:modified xsi:type="dcterms:W3CDTF">2026-05-26T14:49:00Z</dcterms:modified>
  <cp:category/>
</cp:coreProperties>
</file>